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135C" w14:textId="77777777" w:rsidR="00304639" w:rsidRPr="0087028D" w:rsidRDefault="00947761">
      <w:pPr>
        <w:pStyle w:val="Heading1"/>
        <w:jc w:val="center"/>
        <w:rPr>
          <w:color w:val="auto"/>
        </w:rPr>
      </w:pPr>
      <w:r w:rsidRPr="0087028D">
        <w:rPr>
          <w:color w:val="auto"/>
        </w:rPr>
        <w:t>Indigenous Mental Health Resources</w:t>
      </w:r>
    </w:p>
    <w:p w14:paraId="5898F5AD" w14:textId="08B5B873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Crisis / Immediate Support (24/7)</w:t>
      </w:r>
      <w:r w:rsidR="009E4253">
        <w:rPr>
          <w:color w:val="auto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2878"/>
        <w:gridCol w:w="2590"/>
        <w:gridCol w:w="3022"/>
        <w:gridCol w:w="3022"/>
      </w:tblGrid>
      <w:tr w:rsidR="00304639" w14:paraId="0C4FE541" w14:textId="77777777">
        <w:trPr>
          <w:tblHeader/>
          <w:jc w:val="center"/>
        </w:trPr>
        <w:tc>
          <w:tcPr>
            <w:tcW w:w="3024" w:type="dxa"/>
            <w:shd w:val="clear" w:color="auto" w:fill="D9EAD3"/>
          </w:tcPr>
          <w:p w14:paraId="7F15E07C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2880" w:type="dxa"/>
            <w:shd w:val="clear" w:color="auto" w:fill="D9EAD3"/>
          </w:tcPr>
          <w:p w14:paraId="0551F1CE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2592" w:type="dxa"/>
            <w:shd w:val="clear" w:color="auto" w:fill="D9EAD3"/>
          </w:tcPr>
          <w:p w14:paraId="33B62FF2" w14:textId="77777777" w:rsidR="00304639" w:rsidRDefault="00947761">
            <w:r>
              <w:rPr>
                <w:b/>
                <w:sz w:val="16"/>
              </w:rPr>
              <w:t>Population</w:t>
            </w:r>
          </w:p>
        </w:tc>
        <w:tc>
          <w:tcPr>
            <w:tcW w:w="3024" w:type="dxa"/>
            <w:shd w:val="clear" w:color="auto" w:fill="D9EAD3"/>
          </w:tcPr>
          <w:p w14:paraId="6F5A3505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3024" w:type="dxa"/>
            <w:shd w:val="clear" w:color="auto" w:fill="D9EAD3"/>
          </w:tcPr>
          <w:p w14:paraId="72B10669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17C213C0" w14:textId="77777777">
        <w:trPr>
          <w:jc w:val="center"/>
        </w:trPr>
        <w:tc>
          <w:tcPr>
            <w:tcW w:w="3024" w:type="dxa"/>
          </w:tcPr>
          <w:p w14:paraId="701AB2DF" w14:textId="77777777" w:rsidR="00304639" w:rsidRDefault="00947761">
            <w:r>
              <w:rPr>
                <w:sz w:val="16"/>
              </w:rPr>
              <w:t>NAN Hope</w:t>
            </w:r>
          </w:p>
        </w:tc>
        <w:tc>
          <w:tcPr>
            <w:tcW w:w="2880" w:type="dxa"/>
          </w:tcPr>
          <w:p w14:paraId="4B4D010F" w14:textId="77777777" w:rsidR="00304639" w:rsidRDefault="00947761">
            <w:r>
              <w:rPr>
                <w:sz w:val="16"/>
              </w:rPr>
              <w:t>Crisis Line, Mental Health, Addictions</w:t>
            </w:r>
          </w:p>
        </w:tc>
        <w:tc>
          <w:tcPr>
            <w:tcW w:w="2592" w:type="dxa"/>
          </w:tcPr>
          <w:p w14:paraId="642E7397" w14:textId="0013827D" w:rsidR="00304639" w:rsidRDefault="00570670">
            <w:r w:rsidRPr="00570670">
              <w:rPr>
                <w:sz w:val="16"/>
              </w:rPr>
              <w:t>All 49 NAN Communities</w:t>
            </w:r>
            <w:r>
              <w:rPr>
                <w:sz w:val="16"/>
              </w:rPr>
              <w:t xml:space="preserve">, all ages. </w:t>
            </w:r>
          </w:p>
        </w:tc>
        <w:tc>
          <w:tcPr>
            <w:tcW w:w="3024" w:type="dxa"/>
          </w:tcPr>
          <w:p w14:paraId="65154B35" w14:textId="77777777" w:rsidR="00304639" w:rsidRDefault="00947761">
            <w:r>
              <w:rPr>
                <w:sz w:val="16"/>
              </w:rPr>
              <w:t>1-844-626-4673</w:t>
            </w:r>
          </w:p>
        </w:tc>
        <w:tc>
          <w:tcPr>
            <w:tcW w:w="3024" w:type="dxa"/>
          </w:tcPr>
          <w:p w14:paraId="5D80A07E" w14:textId="77777777" w:rsidR="00BE3321" w:rsidRDefault="00947761">
            <w:r>
              <w:rPr>
                <w:sz w:val="16"/>
              </w:rPr>
              <w:t>Text and talk support</w:t>
            </w:r>
            <w:r w:rsidR="00BE3321">
              <w:rPr>
                <w:sz w:val="16"/>
              </w:rPr>
              <w:t xml:space="preserve">.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E3321" w:rsidRPr="00BE3321" w14:paraId="6F4AFC8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99F4A4" w14:textId="77777777" w:rsidR="00BE3321" w:rsidRPr="00BE3321" w:rsidRDefault="00BE3321" w:rsidP="00BE3321">
                  <w:pPr>
                    <w:spacing w:after="0" w:line="240" w:lineRule="auto"/>
                    <w:rPr>
                      <w:sz w:val="16"/>
                      <w:lang w:val="en-CA"/>
                    </w:rPr>
                  </w:pPr>
                </w:p>
              </w:tc>
            </w:tr>
          </w:tbl>
          <w:p w14:paraId="2AC60BA0" w14:textId="77777777" w:rsidR="00BE3321" w:rsidRPr="00BE3321" w:rsidRDefault="00BE3321" w:rsidP="00BE3321">
            <w:pPr>
              <w:rPr>
                <w:vanish/>
                <w:sz w:val="16"/>
                <w:lang w:val="en-C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6"/>
            </w:tblGrid>
            <w:tr w:rsidR="00BE3321" w:rsidRPr="00BE3321" w14:paraId="6F48A1F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B8D178" w14:textId="77777777" w:rsidR="00BE3321" w:rsidRPr="00BE3321" w:rsidRDefault="00BE3321" w:rsidP="00BE3321">
                  <w:pPr>
                    <w:spacing w:after="0" w:line="240" w:lineRule="auto"/>
                    <w:rPr>
                      <w:sz w:val="16"/>
                      <w:lang w:val="en-CA"/>
                    </w:rPr>
                  </w:pPr>
                  <w:r w:rsidRPr="00BE3321">
                    <w:rPr>
                      <w:sz w:val="16"/>
                      <w:lang w:val="en-CA"/>
                    </w:rPr>
                    <w:t>24/7 crisis line, rapid counselling, mental health navigation</w:t>
                  </w:r>
                </w:p>
              </w:tc>
            </w:tr>
          </w:tbl>
          <w:p w14:paraId="7CF32AE8" w14:textId="7F7C456F" w:rsidR="00304639" w:rsidRDefault="00304639"/>
        </w:tc>
      </w:tr>
      <w:tr w:rsidR="00304639" w14:paraId="6ACF45B1" w14:textId="77777777">
        <w:trPr>
          <w:jc w:val="center"/>
        </w:trPr>
        <w:tc>
          <w:tcPr>
            <w:tcW w:w="3024" w:type="dxa"/>
          </w:tcPr>
          <w:p w14:paraId="0B7C5DD5" w14:textId="77777777" w:rsidR="00304639" w:rsidRDefault="00947761">
            <w:r>
              <w:rPr>
                <w:sz w:val="16"/>
              </w:rPr>
              <w:t>Hope for Wellness Helpline</w:t>
            </w:r>
          </w:p>
        </w:tc>
        <w:tc>
          <w:tcPr>
            <w:tcW w:w="2880" w:type="dxa"/>
          </w:tcPr>
          <w:p w14:paraId="3D2866E2" w14:textId="77777777" w:rsidR="00304639" w:rsidRDefault="00947761">
            <w:r>
              <w:rPr>
                <w:sz w:val="16"/>
              </w:rPr>
              <w:t>Indigenous Crisis Support</w:t>
            </w:r>
          </w:p>
        </w:tc>
        <w:tc>
          <w:tcPr>
            <w:tcW w:w="2592" w:type="dxa"/>
          </w:tcPr>
          <w:p w14:paraId="51FFAFE9" w14:textId="77777777" w:rsidR="00304639" w:rsidRDefault="00947761">
            <w:r>
              <w:rPr>
                <w:sz w:val="16"/>
              </w:rPr>
              <w:t>Indigenous peoples across Canada</w:t>
            </w:r>
          </w:p>
        </w:tc>
        <w:tc>
          <w:tcPr>
            <w:tcW w:w="3024" w:type="dxa"/>
          </w:tcPr>
          <w:p w14:paraId="590C663E" w14:textId="77777777" w:rsidR="00304639" w:rsidRDefault="00947761">
            <w:r>
              <w:rPr>
                <w:sz w:val="16"/>
              </w:rPr>
              <w:t>1-855-242-3310</w:t>
            </w:r>
          </w:p>
        </w:tc>
        <w:tc>
          <w:tcPr>
            <w:tcW w:w="3024" w:type="dxa"/>
          </w:tcPr>
          <w:p w14:paraId="4BBB483E" w14:textId="77777777" w:rsidR="00304639" w:rsidRDefault="00947761">
            <w:r>
              <w:rPr>
                <w:sz w:val="16"/>
              </w:rPr>
              <w:t>24/7 phone and chat</w:t>
            </w:r>
          </w:p>
        </w:tc>
      </w:tr>
      <w:tr w:rsidR="00304639" w14:paraId="0CD816F4" w14:textId="77777777">
        <w:trPr>
          <w:jc w:val="center"/>
        </w:trPr>
        <w:tc>
          <w:tcPr>
            <w:tcW w:w="3024" w:type="dxa"/>
          </w:tcPr>
          <w:p w14:paraId="2CB188F8" w14:textId="77777777" w:rsidR="00304639" w:rsidRDefault="00947761">
            <w:r>
              <w:rPr>
                <w:sz w:val="16"/>
              </w:rPr>
              <w:t>9-8-8 Suicide Crisis Helpline</w:t>
            </w:r>
          </w:p>
        </w:tc>
        <w:tc>
          <w:tcPr>
            <w:tcW w:w="2880" w:type="dxa"/>
          </w:tcPr>
          <w:p w14:paraId="31E05AB3" w14:textId="77777777" w:rsidR="00304639" w:rsidRDefault="00947761">
            <w:r>
              <w:rPr>
                <w:sz w:val="16"/>
              </w:rPr>
              <w:t>Crisis Line</w:t>
            </w:r>
          </w:p>
        </w:tc>
        <w:tc>
          <w:tcPr>
            <w:tcW w:w="2592" w:type="dxa"/>
          </w:tcPr>
          <w:p w14:paraId="07045F3F" w14:textId="77777777" w:rsidR="00304639" w:rsidRDefault="00947761">
            <w:r>
              <w:rPr>
                <w:sz w:val="16"/>
              </w:rPr>
              <w:t>Everyone</w:t>
            </w:r>
          </w:p>
        </w:tc>
        <w:tc>
          <w:tcPr>
            <w:tcW w:w="3024" w:type="dxa"/>
          </w:tcPr>
          <w:p w14:paraId="4DC69BAC" w14:textId="77777777" w:rsidR="00304639" w:rsidRDefault="00947761">
            <w:r>
              <w:rPr>
                <w:sz w:val="16"/>
              </w:rPr>
              <w:t>Call or text 9-8-8</w:t>
            </w:r>
          </w:p>
        </w:tc>
        <w:tc>
          <w:tcPr>
            <w:tcW w:w="3024" w:type="dxa"/>
          </w:tcPr>
          <w:p w14:paraId="574F00A1" w14:textId="77777777" w:rsidR="00304639" w:rsidRDefault="00947761">
            <w:r>
              <w:rPr>
                <w:sz w:val="16"/>
              </w:rPr>
              <w:t>24/7 crisis support</w:t>
            </w:r>
          </w:p>
        </w:tc>
      </w:tr>
      <w:tr w:rsidR="00304639" w14:paraId="0EE980EB" w14:textId="77777777">
        <w:trPr>
          <w:jc w:val="center"/>
        </w:trPr>
        <w:tc>
          <w:tcPr>
            <w:tcW w:w="3024" w:type="dxa"/>
          </w:tcPr>
          <w:p w14:paraId="58F548C9" w14:textId="77777777" w:rsidR="00304639" w:rsidRDefault="00947761">
            <w:proofErr w:type="gramStart"/>
            <w:r>
              <w:rPr>
                <w:sz w:val="16"/>
              </w:rPr>
              <w:t>Kids</w:t>
            </w:r>
            <w:proofErr w:type="gramEnd"/>
            <w:r>
              <w:rPr>
                <w:sz w:val="16"/>
              </w:rPr>
              <w:t xml:space="preserve"> Help Phone</w:t>
            </w:r>
          </w:p>
        </w:tc>
        <w:tc>
          <w:tcPr>
            <w:tcW w:w="2880" w:type="dxa"/>
          </w:tcPr>
          <w:p w14:paraId="54F61F0F" w14:textId="77777777" w:rsidR="00304639" w:rsidRDefault="00947761">
            <w:r>
              <w:rPr>
                <w:sz w:val="16"/>
              </w:rPr>
              <w:t>Youth Crisis Support</w:t>
            </w:r>
          </w:p>
        </w:tc>
        <w:tc>
          <w:tcPr>
            <w:tcW w:w="2592" w:type="dxa"/>
          </w:tcPr>
          <w:p w14:paraId="01126CB4" w14:textId="77777777" w:rsidR="00304639" w:rsidRDefault="00947761">
            <w:r>
              <w:rPr>
                <w:sz w:val="16"/>
              </w:rPr>
              <w:t>Children and Youth</w:t>
            </w:r>
          </w:p>
        </w:tc>
        <w:tc>
          <w:tcPr>
            <w:tcW w:w="3024" w:type="dxa"/>
          </w:tcPr>
          <w:p w14:paraId="3AE0D83C" w14:textId="77777777" w:rsidR="00304639" w:rsidRDefault="00947761">
            <w:r>
              <w:rPr>
                <w:sz w:val="16"/>
              </w:rPr>
              <w:t>1-800-668-6868 / Text CONNECT to 686868</w:t>
            </w:r>
          </w:p>
        </w:tc>
        <w:tc>
          <w:tcPr>
            <w:tcW w:w="3024" w:type="dxa"/>
          </w:tcPr>
          <w:p w14:paraId="5ED43B08" w14:textId="77777777" w:rsidR="00304639" w:rsidRDefault="00947761">
            <w:r>
              <w:rPr>
                <w:sz w:val="16"/>
              </w:rPr>
              <w:t>National support</w:t>
            </w:r>
          </w:p>
        </w:tc>
      </w:tr>
      <w:tr w:rsidR="00304639" w14:paraId="1AADBF1E" w14:textId="77777777">
        <w:trPr>
          <w:jc w:val="center"/>
        </w:trPr>
        <w:tc>
          <w:tcPr>
            <w:tcW w:w="3024" w:type="dxa"/>
          </w:tcPr>
          <w:p w14:paraId="5200E0C4" w14:textId="77777777" w:rsidR="00304639" w:rsidRDefault="00947761">
            <w:r>
              <w:rPr>
                <w:sz w:val="16"/>
              </w:rPr>
              <w:t>Crisis Response Services - Kenora Rainy River District</w:t>
            </w:r>
          </w:p>
        </w:tc>
        <w:tc>
          <w:tcPr>
            <w:tcW w:w="2880" w:type="dxa"/>
          </w:tcPr>
          <w:p w14:paraId="06BBAFAD" w14:textId="77777777" w:rsidR="00304639" w:rsidRDefault="00947761">
            <w:r>
              <w:rPr>
                <w:sz w:val="16"/>
              </w:rPr>
              <w:t>Crisis Response</w:t>
            </w:r>
          </w:p>
        </w:tc>
        <w:tc>
          <w:tcPr>
            <w:tcW w:w="2592" w:type="dxa"/>
          </w:tcPr>
          <w:p w14:paraId="694F259C" w14:textId="77777777" w:rsidR="00304639" w:rsidRDefault="00947761">
            <w:r>
              <w:rPr>
                <w:sz w:val="16"/>
              </w:rPr>
              <w:t>Northwestern Ontario</w:t>
            </w:r>
          </w:p>
        </w:tc>
        <w:tc>
          <w:tcPr>
            <w:tcW w:w="3024" w:type="dxa"/>
          </w:tcPr>
          <w:p w14:paraId="1C62C07E" w14:textId="77777777" w:rsidR="00304639" w:rsidRDefault="00947761">
            <w:r>
              <w:rPr>
                <w:sz w:val="16"/>
              </w:rPr>
              <w:t>1-866-888-8988</w:t>
            </w:r>
          </w:p>
        </w:tc>
        <w:tc>
          <w:tcPr>
            <w:tcW w:w="3024" w:type="dxa"/>
          </w:tcPr>
          <w:p w14:paraId="137F6E0E" w14:textId="77777777" w:rsidR="00304639" w:rsidRDefault="00947761">
            <w:r>
              <w:rPr>
                <w:sz w:val="16"/>
              </w:rPr>
              <w:t>Mobile response support</w:t>
            </w:r>
          </w:p>
        </w:tc>
      </w:tr>
      <w:tr w:rsidR="00304639" w14:paraId="2BF58134" w14:textId="77777777">
        <w:trPr>
          <w:jc w:val="center"/>
        </w:trPr>
        <w:tc>
          <w:tcPr>
            <w:tcW w:w="3024" w:type="dxa"/>
          </w:tcPr>
          <w:p w14:paraId="1689A5F0" w14:textId="4E06DD44" w:rsidR="00304639" w:rsidRDefault="00947761" w:rsidP="00CD59F6">
            <w:pPr>
              <w:tabs>
                <w:tab w:val="right" w:pos="2808"/>
              </w:tabs>
            </w:pPr>
            <w:r>
              <w:rPr>
                <w:sz w:val="16"/>
              </w:rPr>
              <w:t>Senior Safety Line</w:t>
            </w:r>
            <w:r w:rsidR="00CD59F6">
              <w:rPr>
                <w:sz w:val="16"/>
              </w:rPr>
              <w:tab/>
            </w:r>
          </w:p>
        </w:tc>
        <w:tc>
          <w:tcPr>
            <w:tcW w:w="2880" w:type="dxa"/>
          </w:tcPr>
          <w:p w14:paraId="39AF98F7" w14:textId="77777777" w:rsidR="00304639" w:rsidRDefault="00947761">
            <w:r>
              <w:rPr>
                <w:sz w:val="16"/>
              </w:rPr>
              <w:t>Elder Abuse Support</w:t>
            </w:r>
          </w:p>
        </w:tc>
        <w:tc>
          <w:tcPr>
            <w:tcW w:w="2592" w:type="dxa"/>
          </w:tcPr>
          <w:p w14:paraId="208C1F16" w14:textId="77777777" w:rsidR="00304639" w:rsidRDefault="00947761">
            <w:r>
              <w:rPr>
                <w:sz w:val="16"/>
              </w:rPr>
              <w:t>Elders</w:t>
            </w:r>
          </w:p>
        </w:tc>
        <w:tc>
          <w:tcPr>
            <w:tcW w:w="3024" w:type="dxa"/>
          </w:tcPr>
          <w:p w14:paraId="3A91634A" w14:textId="77777777" w:rsidR="00304639" w:rsidRDefault="00947761">
            <w:r>
              <w:rPr>
                <w:sz w:val="16"/>
              </w:rPr>
              <w:t>1-866-299-1011</w:t>
            </w:r>
          </w:p>
        </w:tc>
        <w:tc>
          <w:tcPr>
            <w:tcW w:w="3024" w:type="dxa"/>
          </w:tcPr>
          <w:p w14:paraId="769ACE9E" w14:textId="77777777" w:rsidR="00304639" w:rsidRDefault="00947761">
            <w:r>
              <w:rPr>
                <w:sz w:val="16"/>
              </w:rPr>
              <w:t>Elder safety and abuse support</w:t>
            </w:r>
          </w:p>
        </w:tc>
      </w:tr>
      <w:tr w:rsidR="00CD59F6" w14:paraId="58734A65" w14:textId="77777777">
        <w:trPr>
          <w:jc w:val="center"/>
        </w:trPr>
        <w:tc>
          <w:tcPr>
            <w:tcW w:w="3024" w:type="dxa"/>
          </w:tcPr>
          <w:p w14:paraId="182A7F27" w14:textId="4E619E6E" w:rsidR="00CD59F6" w:rsidRPr="00CD59F6" w:rsidRDefault="00CD59F6" w:rsidP="00CD59F6">
            <w:pPr>
              <w:tabs>
                <w:tab w:val="right" w:pos="2808"/>
              </w:tabs>
              <w:rPr>
                <w:sz w:val="16"/>
              </w:rPr>
            </w:pPr>
            <w:r w:rsidRPr="00CD59F6">
              <w:rPr>
                <w:sz w:val="16"/>
              </w:rPr>
              <w:t>National Indian Residential School Crisis Line</w:t>
            </w:r>
          </w:p>
        </w:tc>
        <w:tc>
          <w:tcPr>
            <w:tcW w:w="2880" w:type="dxa"/>
          </w:tcPr>
          <w:p w14:paraId="315CAD39" w14:textId="5CE187F1" w:rsidR="00CD59F6" w:rsidRDefault="00AF4A8B">
            <w:pPr>
              <w:rPr>
                <w:sz w:val="16"/>
              </w:rPr>
            </w:pPr>
            <w:r>
              <w:rPr>
                <w:sz w:val="16"/>
              </w:rPr>
              <w:t xml:space="preserve">Crisis Line </w:t>
            </w:r>
          </w:p>
        </w:tc>
        <w:tc>
          <w:tcPr>
            <w:tcW w:w="2592" w:type="dxa"/>
          </w:tcPr>
          <w:p w14:paraId="4B6E2412" w14:textId="29BD4A32" w:rsidR="00CD59F6" w:rsidRDefault="00AF4A8B">
            <w:pPr>
              <w:rPr>
                <w:sz w:val="16"/>
              </w:rPr>
            </w:pPr>
            <w:r w:rsidRPr="00AF4A8B">
              <w:rPr>
                <w:sz w:val="16"/>
              </w:rPr>
              <w:t>Offers support to former residential school students and those affected</w:t>
            </w:r>
          </w:p>
        </w:tc>
        <w:tc>
          <w:tcPr>
            <w:tcW w:w="3024" w:type="dxa"/>
          </w:tcPr>
          <w:p w14:paraId="5B6AA180" w14:textId="4A33CB3D" w:rsidR="00CD59F6" w:rsidRPr="00476B2C" w:rsidRDefault="00476B2C">
            <w:pPr>
              <w:rPr>
                <w:sz w:val="16"/>
              </w:rPr>
            </w:pPr>
            <w:r w:rsidRPr="00476B2C">
              <w:rPr>
                <w:sz w:val="16"/>
              </w:rPr>
              <w:t>1-866-925-4419</w:t>
            </w:r>
          </w:p>
        </w:tc>
        <w:tc>
          <w:tcPr>
            <w:tcW w:w="3024" w:type="dxa"/>
          </w:tcPr>
          <w:p w14:paraId="24C298F9" w14:textId="06847000" w:rsidR="00CD59F6" w:rsidRDefault="00AF4A8B">
            <w:pPr>
              <w:rPr>
                <w:sz w:val="16"/>
              </w:rPr>
            </w:pPr>
            <w:r>
              <w:rPr>
                <w:sz w:val="16"/>
              </w:rPr>
              <w:t>Available 24/7</w:t>
            </w:r>
          </w:p>
        </w:tc>
      </w:tr>
    </w:tbl>
    <w:p w14:paraId="046A80D6" w14:textId="77777777" w:rsidR="00304639" w:rsidRDefault="00304639"/>
    <w:p w14:paraId="04DD3629" w14:textId="2B5D6A74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Indigenous Youth Supports</w:t>
      </w:r>
      <w:r w:rsidR="009E4253">
        <w:rPr>
          <w:color w:val="auto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1"/>
        <w:gridCol w:w="2877"/>
        <w:gridCol w:w="2590"/>
        <w:gridCol w:w="3024"/>
        <w:gridCol w:w="3022"/>
      </w:tblGrid>
      <w:tr w:rsidR="00304639" w14:paraId="60796BBE" w14:textId="77777777">
        <w:trPr>
          <w:tblHeader/>
          <w:jc w:val="center"/>
        </w:trPr>
        <w:tc>
          <w:tcPr>
            <w:tcW w:w="3024" w:type="dxa"/>
            <w:shd w:val="clear" w:color="auto" w:fill="D9EAD3"/>
          </w:tcPr>
          <w:p w14:paraId="35738103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2880" w:type="dxa"/>
            <w:shd w:val="clear" w:color="auto" w:fill="D9EAD3"/>
          </w:tcPr>
          <w:p w14:paraId="2B2919D2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2592" w:type="dxa"/>
            <w:shd w:val="clear" w:color="auto" w:fill="D9EAD3"/>
          </w:tcPr>
          <w:p w14:paraId="62D05CF0" w14:textId="77777777" w:rsidR="00304639" w:rsidRDefault="00947761">
            <w:r>
              <w:rPr>
                <w:b/>
                <w:sz w:val="16"/>
              </w:rPr>
              <w:t>Age Group</w:t>
            </w:r>
          </w:p>
        </w:tc>
        <w:tc>
          <w:tcPr>
            <w:tcW w:w="3024" w:type="dxa"/>
            <w:shd w:val="clear" w:color="auto" w:fill="D9EAD3"/>
          </w:tcPr>
          <w:p w14:paraId="6E8A403F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3024" w:type="dxa"/>
            <w:shd w:val="clear" w:color="auto" w:fill="D9EAD3"/>
          </w:tcPr>
          <w:p w14:paraId="48CFA1A7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3997674A" w14:textId="77777777">
        <w:trPr>
          <w:jc w:val="center"/>
        </w:trPr>
        <w:tc>
          <w:tcPr>
            <w:tcW w:w="3024" w:type="dxa"/>
          </w:tcPr>
          <w:p w14:paraId="2D273D54" w14:textId="77777777" w:rsidR="00304639" w:rsidRDefault="00947761">
            <w:r>
              <w:rPr>
                <w:sz w:val="16"/>
              </w:rPr>
              <w:t>Nodin Mental Health Services</w:t>
            </w:r>
          </w:p>
        </w:tc>
        <w:tc>
          <w:tcPr>
            <w:tcW w:w="2880" w:type="dxa"/>
          </w:tcPr>
          <w:p w14:paraId="5568892B" w14:textId="77777777" w:rsidR="00304639" w:rsidRDefault="00947761">
            <w:r>
              <w:rPr>
                <w:sz w:val="16"/>
              </w:rPr>
              <w:t>Counselling</w:t>
            </w:r>
          </w:p>
        </w:tc>
        <w:tc>
          <w:tcPr>
            <w:tcW w:w="2592" w:type="dxa"/>
          </w:tcPr>
          <w:p w14:paraId="266325AB" w14:textId="77777777" w:rsidR="00304639" w:rsidRDefault="00947761">
            <w:r>
              <w:rPr>
                <w:sz w:val="16"/>
              </w:rPr>
              <w:t>Youth and Families</w:t>
            </w:r>
          </w:p>
        </w:tc>
        <w:tc>
          <w:tcPr>
            <w:tcW w:w="3024" w:type="dxa"/>
          </w:tcPr>
          <w:p w14:paraId="44A8CBF1" w14:textId="2EFC730F" w:rsidR="00304639" w:rsidRDefault="00F32ADD">
            <w:r>
              <w:rPr>
                <w:sz w:val="16"/>
              </w:rPr>
              <w:t>807-737-4011</w:t>
            </w:r>
          </w:p>
        </w:tc>
        <w:tc>
          <w:tcPr>
            <w:tcW w:w="3024" w:type="dxa"/>
          </w:tcPr>
          <w:p w14:paraId="1AA4A695" w14:textId="77777777" w:rsidR="00304639" w:rsidRDefault="00947761">
            <w:r>
              <w:rPr>
                <w:sz w:val="16"/>
              </w:rPr>
              <w:t>Sioux Lookout based - outpatient, travelling counsellors, mobile outreach, school supports</w:t>
            </w:r>
          </w:p>
        </w:tc>
      </w:tr>
      <w:tr w:rsidR="00304639" w14:paraId="6A9FE3D7" w14:textId="77777777">
        <w:trPr>
          <w:jc w:val="center"/>
        </w:trPr>
        <w:tc>
          <w:tcPr>
            <w:tcW w:w="3024" w:type="dxa"/>
          </w:tcPr>
          <w:p w14:paraId="00624E77" w14:textId="77777777" w:rsidR="00304639" w:rsidRDefault="00947761">
            <w:r>
              <w:rPr>
                <w:sz w:val="16"/>
              </w:rPr>
              <w:t>FIREFLY</w:t>
            </w:r>
          </w:p>
        </w:tc>
        <w:tc>
          <w:tcPr>
            <w:tcW w:w="2880" w:type="dxa"/>
          </w:tcPr>
          <w:p w14:paraId="5668D0C5" w14:textId="77777777" w:rsidR="00304639" w:rsidRDefault="00947761">
            <w:r>
              <w:rPr>
                <w:sz w:val="16"/>
              </w:rPr>
              <w:t>Child and Youth Mental Health</w:t>
            </w:r>
          </w:p>
        </w:tc>
        <w:tc>
          <w:tcPr>
            <w:tcW w:w="2592" w:type="dxa"/>
          </w:tcPr>
          <w:p w14:paraId="0E1DEF7C" w14:textId="77777777" w:rsidR="00304639" w:rsidRDefault="00947761">
            <w:r>
              <w:rPr>
                <w:sz w:val="16"/>
              </w:rPr>
              <w:t>Children and Youth</w:t>
            </w:r>
          </w:p>
        </w:tc>
        <w:tc>
          <w:tcPr>
            <w:tcW w:w="3024" w:type="dxa"/>
          </w:tcPr>
          <w:p w14:paraId="2D7928B6" w14:textId="77777777" w:rsidR="00304639" w:rsidRDefault="00947761">
            <w:r>
              <w:rPr>
                <w:sz w:val="16"/>
              </w:rPr>
              <w:t>1-800-465-7203</w:t>
            </w:r>
          </w:p>
        </w:tc>
        <w:tc>
          <w:tcPr>
            <w:tcW w:w="3024" w:type="dxa"/>
          </w:tcPr>
          <w:p w14:paraId="1C1B9E98" w14:textId="77777777" w:rsidR="00304639" w:rsidRDefault="00947761">
            <w:r>
              <w:rPr>
                <w:sz w:val="16"/>
              </w:rPr>
              <w:t>Multiple Northwestern Ontario locations</w:t>
            </w:r>
          </w:p>
        </w:tc>
      </w:tr>
      <w:tr w:rsidR="00304639" w14:paraId="41E2201E" w14:textId="77777777">
        <w:trPr>
          <w:jc w:val="center"/>
        </w:trPr>
        <w:tc>
          <w:tcPr>
            <w:tcW w:w="3024" w:type="dxa"/>
          </w:tcPr>
          <w:p w14:paraId="12F498E8" w14:textId="77777777" w:rsidR="00304639" w:rsidRDefault="00947761">
            <w:r>
              <w:rPr>
                <w:sz w:val="16"/>
              </w:rPr>
              <w:t>Crossing Bridges</w:t>
            </w:r>
          </w:p>
        </w:tc>
        <w:tc>
          <w:tcPr>
            <w:tcW w:w="2880" w:type="dxa"/>
          </w:tcPr>
          <w:p w14:paraId="4C9AC20A" w14:textId="77777777" w:rsidR="00304639" w:rsidRDefault="00947761">
            <w:r>
              <w:rPr>
                <w:sz w:val="16"/>
              </w:rPr>
              <w:t>Virtual Counselling</w:t>
            </w:r>
          </w:p>
        </w:tc>
        <w:tc>
          <w:tcPr>
            <w:tcW w:w="2592" w:type="dxa"/>
          </w:tcPr>
          <w:p w14:paraId="6812D797" w14:textId="77777777" w:rsidR="00304639" w:rsidRDefault="00947761">
            <w:r>
              <w:rPr>
                <w:sz w:val="16"/>
              </w:rPr>
              <w:t>Ages 12-24</w:t>
            </w:r>
          </w:p>
        </w:tc>
        <w:tc>
          <w:tcPr>
            <w:tcW w:w="3024" w:type="dxa"/>
          </w:tcPr>
          <w:p w14:paraId="35E5B384" w14:textId="77777777" w:rsidR="00304639" w:rsidRDefault="00947761">
            <w:r>
              <w:rPr>
                <w:sz w:val="16"/>
              </w:rPr>
              <w:t>https://crossingbridges.ca/</w:t>
            </w:r>
          </w:p>
        </w:tc>
        <w:tc>
          <w:tcPr>
            <w:tcW w:w="3024" w:type="dxa"/>
          </w:tcPr>
          <w:p w14:paraId="4824ABDD" w14:textId="77777777" w:rsidR="00304639" w:rsidRDefault="00947761">
            <w:r>
              <w:rPr>
                <w:sz w:val="16"/>
              </w:rPr>
              <w:t>Substance use and mental health</w:t>
            </w:r>
          </w:p>
        </w:tc>
      </w:tr>
      <w:tr w:rsidR="00304639" w14:paraId="31D4C3A6" w14:textId="77777777">
        <w:trPr>
          <w:jc w:val="center"/>
        </w:trPr>
        <w:tc>
          <w:tcPr>
            <w:tcW w:w="3024" w:type="dxa"/>
          </w:tcPr>
          <w:p w14:paraId="65FDC18B" w14:textId="77777777" w:rsidR="00304639" w:rsidRDefault="00947761">
            <w:r>
              <w:rPr>
                <w:sz w:val="16"/>
              </w:rPr>
              <w:t>Good2Talk</w:t>
            </w:r>
          </w:p>
        </w:tc>
        <w:tc>
          <w:tcPr>
            <w:tcW w:w="2880" w:type="dxa"/>
          </w:tcPr>
          <w:p w14:paraId="52F6DB12" w14:textId="77777777" w:rsidR="00304639" w:rsidRDefault="00947761">
            <w:r>
              <w:rPr>
                <w:sz w:val="16"/>
              </w:rPr>
              <w:t>Post-Secondary Support</w:t>
            </w:r>
          </w:p>
        </w:tc>
        <w:tc>
          <w:tcPr>
            <w:tcW w:w="2592" w:type="dxa"/>
          </w:tcPr>
          <w:p w14:paraId="633F2FC2" w14:textId="77777777" w:rsidR="00304639" w:rsidRDefault="00947761">
            <w:r>
              <w:rPr>
                <w:sz w:val="16"/>
              </w:rPr>
              <w:t>Ages 16-30</w:t>
            </w:r>
          </w:p>
        </w:tc>
        <w:tc>
          <w:tcPr>
            <w:tcW w:w="3024" w:type="dxa"/>
          </w:tcPr>
          <w:p w14:paraId="0A1806BD" w14:textId="77777777" w:rsidR="00304639" w:rsidRDefault="00947761">
            <w:r>
              <w:rPr>
                <w:sz w:val="16"/>
              </w:rPr>
              <w:t>1-866-925-5454</w:t>
            </w:r>
          </w:p>
        </w:tc>
        <w:tc>
          <w:tcPr>
            <w:tcW w:w="3024" w:type="dxa"/>
          </w:tcPr>
          <w:p w14:paraId="56C72B4B" w14:textId="77777777" w:rsidR="00304639" w:rsidRDefault="00947761">
            <w:r>
              <w:rPr>
                <w:sz w:val="16"/>
              </w:rPr>
              <w:t>Student support</w:t>
            </w:r>
          </w:p>
        </w:tc>
      </w:tr>
      <w:tr w:rsidR="00304639" w14:paraId="04A48C6E" w14:textId="77777777">
        <w:trPr>
          <w:jc w:val="center"/>
        </w:trPr>
        <w:tc>
          <w:tcPr>
            <w:tcW w:w="3024" w:type="dxa"/>
          </w:tcPr>
          <w:p w14:paraId="4A628441" w14:textId="77777777" w:rsidR="00304639" w:rsidRDefault="00947761">
            <w:r>
              <w:rPr>
                <w:sz w:val="16"/>
              </w:rPr>
              <w:t>Compass</w:t>
            </w:r>
          </w:p>
        </w:tc>
        <w:tc>
          <w:tcPr>
            <w:tcW w:w="2880" w:type="dxa"/>
          </w:tcPr>
          <w:p w14:paraId="4078A05C" w14:textId="77777777" w:rsidR="00304639" w:rsidRDefault="00947761">
            <w:r>
              <w:rPr>
                <w:sz w:val="16"/>
              </w:rPr>
              <w:t>Child &amp; Youth Mental Health</w:t>
            </w:r>
          </w:p>
        </w:tc>
        <w:tc>
          <w:tcPr>
            <w:tcW w:w="2592" w:type="dxa"/>
          </w:tcPr>
          <w:p w14:paraId="6EACAEBA" w14:textId="77777777" w:rsidR="00304639" w:rsidRDefault="00947761">
            <w:r>
              <w:rPr>
                <w:sz w:val="16"/>
              </w:rPr>
              <w:t>Children and Youth</w:t>
            </w:r>
          </w:p>
        </w:tc>
        <w:tc>
          <w:tcPr>
            <w:tcW w:w="3024" w:type="dxa"/>
          </w:tcPr>
          <w:p w14:paraId="71B81672" w14:textId="77777777" w:rsidR="00304639" w:rsidRDefault="00947761">
            <w:r>
              <w:rPr>
                <w:sz w:val="16"/>
              </w:rPr>
              <w:t>1-800-815-7127</w:t>
            </w:r>
          </w:p>
        </w:tc>
        <w:tc>
          <w:tcPr>
            <w:tcW w:w="3024" w:type="dxa"/>
          </w:tcPr>
          <w:p w14:paraId="3E41FD70" w14:textId="77777777" w:rsidR="00304639" w:rsidRDefault="00947761">
            <w:r>
              <w:rPr>
                <w:sz w:val="16"/>
              </w:rPr>
              <w:t>Northeastern Ontario</w:t>
            </w:r>
          </w:p>
        </w:tc>
      </w:tr>
      <w:tr w:rsidR="00304639" w14:paraId="27613A28" w14:textId="77777777">
        <w:trPr>
          <w:jc w:val="center"/>
        </w:trPr>
        <w:tc>
          <w:tcPr>
            <w:tcW w:w="3024" w:type="dxa"/>
          </w:tcPr>
          <w:p w14:paraId="37AC0A2A" w14:textId="77777777" w:rsidR="00304639" w:rsidRDefault="00947761">
            <w:r>
              <w:rPr>
                <w:sz w:val="16"/>
              </w:rPr>
              <w:t>Children's Centre Thunder Bay</w:t>
            </w:r>
          </w:p>
        </w:tc>
        <w:tc>
          <w:tcPr>
            <w:tcW w:w="2880" w:type="dxa"/>
          </w:tcPr>
          <w:p w14:paraId="5E0EBB8E" w14:textId="77777777" w:rsidR="00304639" w:rsidRDefault="00947761">
            <w:r>
              <w:rPr>
                <w:sz w:val="16"/>
              </w:rPr>
              <w:t>Youth Mental Health</w:t>
            </w:r>
          </w:p>
        </w:tc>
        <w:tc>
          <w:tcPr>
            <w:tcW w:w="2592" w:type="dxa"/>
          </w:tcPr>
          <w:p w14:paraId="763E2FAB" w14:textId="77777777" w:rsidR="00304639" w:rsidRDefault="00947761">
            <w:r>
              <w:rPr>
                <w:sz w:val="16"/>
              </w:rPr>
              <w:t>Children and Youth</w:t>
            </w:r>
          </w:p>
        </w:tc>
        <w:tc>
          <w:tcPr>
            <w:tcW w:w="3024" w:type="dxa"/>
          </w:tcPr>
          <w:p w14:paraId="4AB7A157" w14:textId="77777777" w:rsidR="00304639" w:rsidRDefault="00947761">
            <w:r>
              <w:rPr>
                <w:sz w:val="16"/>
              </w:rPr>
              <w:t>(807) 343-5000</w:t>
            </w:r>
          </w:p>
        </w:tc>
        <w:tc>
          <w:tcPr>
            <w:tcW w:w="3024" w:type="dxa"/>
          </w:tcPr>
          <w:p w14:paraId="01B567F1" w14:textId="77777777" w:rsidR="00304639" w:rsidRDefault="00947761">
            <w:r>
              <w:rPr>
                <w:sz w:val="16"/>
              </w:rPr>
              <w:t>Clinical youth supports</w:t>
            </w:r>
          </w:p>
        </w:tc>
      </w:tr>
      <w:tr w:rsidR="0061416C" w14:paraId="2FB7842D" w14:textId="77777777">
        <w:trPr>
          <w:jc w:val="center"/>
        </w:trPr>
        <w:tc>
          <w:tcPr>
            <w:tcW w:w="3024" w:type="dxa"/>
          </w:tcPr>
          <w:p w14:paraId="4EFE773E" w14:textId="6691D83D" w:rsidR="0061416C" w:rsidRDefault="0061416C">
            <w:pPr>
              <w:rPr>
                <w:sz w:val="16"/>
              </w:rPr>
            </w:pPr>
            <w:r w:rsidRPr="0061416C">
              <w:rPr>
                <w:sz w:val="16"/>
              </w:rPr>
              <w:t>Eating Disorders Anonymous</w:t>
            </w:r>
          </w:p>
        </w:tc>
        <w:tc>
          <w:tcPr>
            <w:tcW w:w="2880" w:type="dxa"/>
          </w:tcPr>
          <w:p w14:paraId="13315B9E" w14:textId="4ACE0FA2" w:rsidR="0061416C" w:rsidRDefault="003B528E">
            <w:pPr>
              <w:rPr>
                <w:sz w:val="16"/>
              </w:rPr>
            </w:pPr>
            <w:r w:rsidRPr="003B528E">
              <w:rPr>
                <w:sz w:val="16"/>
              </w:rPr>
              <w:t>Online/Web Service</w:t>
            </w:r>
          </w:p>
        </w:tc>
        <w:tc>
          <w:tcPr>
            <w:tcW w:w="2592" w:type="dxa"/>
          </w:tcPr>
          <w:p w14:paraId="67948AEC" w14:textId="5A83F28C" w:rsidR="0061416C" w:rsidRDefault="003B528E">
            <w:pPr>
              <w:rPr>
                <w:sz w:val="16"/>
              </w:rPr>
            </w:pPr>
            <w:r>
              <w:rPr>
                <w:sz w:val="16"/>
              </w:rPr>
              <w:t xml:space="preserve">Youth and young adults </w:t>
            </w:r>
          </w:p>
        </w:tc>
        <w:tc>
          <w:tcPr>
            <w:tcW w:w="3024" w:type="dxa"/>
          </w:tcPr>
          <w:p w14:paraId="48A2675C" w14:textId="4E500BD1" w:rsidR="0061416C" w:rsidRDefault="00564B20">
            <w:pPr>
              <w:rPr>
                <w:sz w:val="16"/>
              </w:rPr>
            </w:pPr>
            <w:hyperlink r:id="rId6" w:history="1">
              <w:r w:rsidRPr="00C95637">
                <w:rPr>
                  <w:rStyle w:val="Hyperlink"/>
                  <w:sz w:val="16"/>
                </w:rPr>
                <w:t>https://eatingdisordersanonymous.org/</w:t>
              </w:r>
            </w:hyperlink>
            <w:r>
              <w:rPr>
                <w:sz w:val="16"/>
              </w:rPr>
              <w:t xml:space="preserve"> </w:t>
            </w:r>
          </w:p>
        </w:tc>
        <w:tc>
          <w:tcPr>
            <w:tcW w:w="3024" w:type="dxa"/>
          </w:tcPr>
          <w:p w14:paraId="19641648" w14:textId="1D803551" w:rsidR="0061416C" w:rsidRDefault="003B528E">
            <w:pPr>
              <w:rPr>
                <w:sz w:val="16"/>
              </w:rPr>
            </w:pPr>
            <w:r>
              <w:rPr>
                <w:sz w:val="16"/>
              </w:rPr>
              <w:t>Online virtual format, based in Barrie ON</w:t>
            </w:r>
          </w:p>
        </w:tc>
      </w:tr>
      <w:tr w:rsidR="008F2062" w14:paraId="427EF7A6" w14:textId="77777777">
        <w:trPr>
          <w:jc w:val="center"/>
        </w:trPr>
        <w:tc>
          <w:tcPr>
            <w:tcW w:w="3024" w:type="dxa"/>
          </w:tcPr>
          <w:p w14:paraId="37A32745" w14:textId="4D3B5EB3" w:rsidR="008F2062" w:rsidRPr="0061416C" w:rsidRDefault="008F2062" w:rsidP="008F206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Kids</w:t>
            </w:r>
            <w:proofErr w:type="gramEnd"/>
            <w:r>
              <w:rPr>
                <w:sz w:val="16"/>
              </w:rPr>
              <w:t xml:space="preserve"> Help Phone</w:t>
            </w:r>
          </w:p>
        </w:tc>
        <w:tc>
          <w:tcPr>
            <w:tcW w:w="2880" w:type="dxa"/>
          </w:tcPr>
          <w:p w14:paraId="09265072" w14:textId="79ACE359" w:rsidR="008F2062" w:rsidRPr="003B528E" w:rsidRDefault="008F2062" w:rsidP="008F2062">
            <w:pPr>
              <w:rPr>
                <w:sz w:val="16"/>
              </w:rPr>
            </w:pPr>
            <w:r>
              <w:rPr>
                <w:sz w:val="16"/>
              </w:rPr>
              <w:t>Youth Crisis Support</w:t>
            </w:r>
          </w:p>
        </w:tc>
        <w:tc>
          <w:tcPr>
            <w:tcW w:w="2592" w:type="dxa"/>
          </w:tcPr>
          <w:p w14:paraId="1DE8D8BE" w14:textId="789AC3DE" w:rsidR="008F2062" w:rsidRDefault="008F2062" w:rsidP="008F2062">
            <w:pPr>
              <w:rPr>
                <w:sz w:val="16"/>
              </w:rPr>
            </w:pPr>
            <w:r>
              <w:rPr>
                <w:sz w:val="16"/>
              </w:rPr>
              <w:t>Children and Youth</w:t>
            </w:r>
          </w:p>
        </w:tc>
        <w:tc>
          <w:tcPr>
            <w:tcW w:w="3024" w:type="dxa"/>
          </w:tcPr>
          <w:p w14:paraId="08CFB4C3" w14:textId="64590346" w:rsidR="008F2062" w:rsidRDefault="008F2062" w:rsidP="008F2062">
            <w:pPr>
              <w:rPr>
                <w:sz w:val="16"/>
              </w:rPr>
            </w:pPr>
            <w:r>
              <w:rPr>
                <w:sz w:val="16"/>
              </w:rPr>
              <w:t>1-800-668-6868 / Text CONNECT to 686868</w:t>
            </w:r>
          </w:p>
        </w:tc>
        <w:tc>
          <w:tcPr>
            <w:tcW w:w="3024" w:type="dxa"/>
          </w:tcPr>
          <w:p w14:paraId="2356581C" w14:textId="45DF765C" w:rsidR="008F2062" w:rsidRDefault="008F2062" w:rsidP="008F2062">
            <w:pPr>
              <w:rPr>
                <w:sz w:val="16"/>
              </w:rPr>
            </w:pPr>
            <w:r>
              <w:rPr>
                <w:sz w:val="16"/>
              </w:rPr>
              <w:t>National support</w:t>
            </w:r>
          </w:p>
        </w:tc>
      </w:tr>
      <w:tr w:rsidR="00D665A1" w14:paraId="56811C3B" w14:textId="77777777">
        <w:trPr>
          <w:jc w:val="center"/>
        </w:trPr>
        <w:tc>
          <w:tcPr>
            <w:tcW w:w="3024" w:type="dxa"/>
          </w:tcPr>
          <w:p w14:paraId="7A3656D3" w14:textId="77777777" w:rsidR="00D665A1" w:rsidRPr="00D665A1" w:rsidRDefault="00D665A1" w:rsidP="00D665A1">
            <w:pPr>
              <w:rPr>
                <w:sz w:val="16"/>
                <w:lang w:val="en-CA"/>
              </w:rPr>
            </w:pPr>
            <w:r w:rsidRPr="00D665A1">
              <w:rPr>
                <w:sz w:val="16"/>
                <w:lang w:val="en-CA"/>
              </w:rPr>
              <w:t>Good 2 Talk: Post-Secondary Student Support</w:t>
            </w:r>
          </w:p>
          <w:p w14:paraId="07151878" w14:textId="77777777" w:rsidR="00D665A1" w:rsidRDefault="00D665A1" w:rsidP="008F2062">
            <w:pPr>
              <w:rPr>
                <w:sz w:val="16"/>
              </w:rPr>
            </w:pPr>
          </w:p>
        </w:tc>
        <w:tc>
          <w:tcPr>
            <w:tcW w:w="2880" w:type="dxa"/>
          </w:tcPr>
          <w:p w14:paraId="4F5867D1" w14:textId="77777777" w:rsidR="00D665A1" w:rsidRDefault="00D665A1" w:rsidP="008F2062">
            <w:pPr>
              <w:rPr>
                <w:sz w:val="16"/>
              </w:rPr>
            </w:pPr>
          </w:p>
        </w:tc>
        <w:tc>
          <w:tcPr>
            <w:tcW w:w="2592" w:type="dxa"/>
          </w:tcPr>
          <w:p w14:paraId="0D93ADEC" w14:textId="2D45482D" w:rsidR="00D665A1" w:rsidRDefault="00517884" w:rsidP="008F2062">
            <w:pPr>
              <w:rPr>
                <w:sz w:val="16"/>
              </w:rPr>
            </w:pPr>
            <w:r>
              <w:rPr>
                <w:sz w:val="16"/>
              </w:rPr>
              <w:t>Youth</w:t>
            </w:r>
          </w:p>
        </w:tc>
        <w:tc>
          <w:tcPr>
            <w:tcW w:w="3024" w:type="dxa"/>
          </w:tcPr>
          <w:p w14:paraId="2FE83634" w14:textId="0E37730F" w:rsidR="00517884" w:rsidRPr="00517884" w:rsidRDefault="00517884" w:rsidP="00517884">
            <w:pPr>
              <w:rPr>
                <w:sz w:val="16"/>
                <w:lang w:val="en-CA"/>
              </w:rPr>
            </w:pPr>
            <w:r w:rsidRPr="00517884">
              <w:rPr>
                <w:sz w:val="16"/>
                <w:lang w:val="en-CA"/>
              </w:rPr>
              <w:t>1-866-925-5454</w:t>
            </w:r>
          </w:p>
          <w:p w14:paraId="7583E6E9" w14:textId="77777777" w:rsidR="00D665A1" w:rsidRDefault="00D665A1" w:rsidP="008F2062">
            <w:pPr>
              <w:rPr>
                <w:sz w:val="16"/>
              </w:rPr>
            </w:pPr>
          </w:p>
        </w:tc>
        <w:tc>
          <w:tcPr>
            <w:tcW w:w="3024" w:type="dxa"/>
          </w:tcPr>
          <w:p w14:paraId="603E70FA" w14:textId="453A97F6" w:rsidR="00D665A1" w:rsidRDefault="004C2F50" w:rsidP="008F2062">
            <w:pPr>
              <w:rPr>
                <w:sz w:val="16"/>
              </w:rPr>
            </w:pPr>
            <w:r w:rsidRPr="004C2F50">
              <w:rPr>
                <w:sz w:val="16"/>
              </w:rPr>
              <w:t>Text GOOD2TALKON to 686868</w:t>
            </w:r>
          </w:p>
        </w:tc>
      </w:tr>
      <w:tr w:rsidR="00A376B1" w14:paraId="5C013861" w14:textId="77777777">
        <w:trPr>
          <w:jc w:val="center"/>
        </w:trPr>
        <w:tc>
          <w:tcPr>
            <w:tcW w:w="3024" w:type="dxa"/>
          </w:tcPr>
          <w:p w14:paraId="249BDC21" w14:textId="1D2D09FB" w:rsidR="00A376B1" w:rsidRPr="009E5E8E" w:rsidRDefault="00A376B1" w:rsidP="00D665A1">
            <w:pPr>
              <w:rPr>
                <w:sz w:val="16"/>
                <w:lang w:val="en-CA"/>
              </w:rPr>
            </w:pPr>
            <w:proofErr w:type="spellStart"/>
            <w:r w:rsidRPr="009E5E8E">
              <w:rPr>
                <w:sz w:val="16"/>
              </w:rPr>
              <w:t>Bounce</w:t>
            </w:r>
            <w:r w:rsidR="009E5E8E" w:rsidRPr="009E5E8E">
              <w:rPr>
                <w:sz w:val="16"/>
              </w:rPr>
              <w:t>Back</w:t>
            </w:r>
            <w:proofErr w:type="spellEnd"/>
            <w:r w:rsidR="009E5E8E" w:rsidRPr="009E5E8E">
              <w:rPr>
                <w:sz w:val="16"/>
              </w:rPr>
              <w:t xml:space="preserve"> </w:t>
            </w:r>
          </w:p>
        </w:tc>
        <w:tc>
          <w:tcPr>
            <w:tcW w:w="2880" w:type="dxa"/>
          </w:tcPr>
          <w:p w14:paraId="0A58AD31" w14:textId="751667E7" w:rsidR="00A376B1" w:rsidRDefault="009E5E8E" w:rsidP="008F2062">
            <w:pPr>
              <w:rPr>
                <w:sz w:val="16"/>
              </w:rPr>
            </w:pPr>
            <w:r>
              <w:rPr>
                <w:sz w:val="16"/>
              </w:rPr>
              <w:t xml:space="preserve">Online Support </w:t>
            </w:r>
          </w:p>
        </w:tc>
        <w:tc>
          <w:tcPr>
            <w:tcW w:w="2592" w:type="dxa"/>
          </w:tcPr>
          <w:p w14:paraId="06F8E40E" w14:textId="38A5DD40" w:rsidR="00A376B1" w:rsidRDefault="009E5E8E" w:rsidP="008F2062">
            <w:pPr>
              <w:rPr>
                <w:sz w:val="16"/>
              </w:rPr>
            </w:pPr>
            <w:r>
              <w:rPr>
                <w:sz w:val="16"/>
              </w:rPr>
              <w:t>15+</w:t>
            </w:r>
          </w:p>
        </w:tc>
        <w:tc>
          <w:tcPr>
            <w:tcW w:w="3024" w:type="dxa"/>
          </w:tcPr>
          <w:p w14:paraId="1551A9DB" w14:textId="4E03BD05" w:rsidR="00A376B1" w:rsidRPr="009E5E8E" w:rsidRDefault="009E5E8E" w:rsidP="00517884">
            <w:pPr>
              <w:rPr>
                <w:sz w:val="16"/>
                <w:lang w:val="en-CA"/>
              </w:rPr>
            </w:pPr>
            <w:hyperlink r:id="rId7" w:history="1">
              <w:r w:rsidRPr="009E5E8E">
                <w:rPr>
                  <w:rStyle w:val="Hyperlink"/>
                  <w:sz w:val="16"/>
                </w:rPr>
                <w:t>https://bouncebackontario.ca/</w:t>
              </w:r>
            </w:hyperlink>
          </w:p>
        </w:tc>
        <w:tc>
          <w:tcPr>
            <w:tcW w:w="3024" w:type="dxa"/>
          </w:tcPr>
          <w:p w14:paraId="78EDF5F2" w14:textId="4F03FA07" w:rsidR="00A376B1" w:rsidRPr="004C2F50" w:rsidRDefault="007F4431" w:rsidP="008F2062">
            <w:pPr>
              <w:rPr>
                <w:sz w:val="16"/>
              </w:rPr>
            </w:pPr>
            <w:r w:rsidRPr="007F4431">
              <w:rPr>
                <w:sz w:val="16"/>
              </w:rPr>
              <w:t xml:space="preserve">A free, guided self-help program that’s effective in helping people aged 15 and up who are experiencing mild-to-moderate anxiety or depression, or </w:t>
            </w:r>
            <w:proofErr w:type="gramStart"/>
            <w:r w:rsidRPr="007F4431">
              <w:rPr>
                <w:sz w:val="16"/>
              </w:rPr>
              <w:t>may be</w:t>
            </w:r>
            <w:proofErr w:type="gramEnd"/>
            <w:r w:rsidRPr="007F4431">
              <w:rPr>
                <w:sz w:val="16"/>
              </w:rPr>
              <w:t xml:space="preserve"> feeling low, stressed, worried, irritable or angry.</w:t>
            </w:r>
          </w:p>
        </w:tc>
      </w:tr>
    </w:tbl>
    <w:p w14:paraId="5800CD73" w14:textId="77777777" w:rsidR="00304639" w:rsidRDefault="00304639"/>
    <w:p w14:paraId="31D6991C" w14:textId="77777777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Adults - General Mental Health Supports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312"/>
        <w:gridCol w:w="3456"/>
        <w:gridCol w:w="4032"/>
      </w:tblGrid>
      <w:tr w:rsidR="00304639" w14:paraId="370A9C2E" w14:textId="77777777">
        <w:trPr>
          <w:tblHeader/>
          <w:jc w:val="center"/>
        </w:trPr>
        <w:tc>
          <w:tcPr>
            <w:tcW w:w="3600" w:type="dxa"/>
            <w:shd w:val="clear" w:color="auto" w:fill="D9EAD3"/>
          </w:tcPr>
          <w:p w14:paraId="10BC82F8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3312" w:type="dxa"/>
            <w:shd w:val="clear" w:color="auto" w:fill="D9EAD3"/>
          </w:tcPr>
          <w:p w14:paraId="2AF9159F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3456" w:type="dxa"/>
            <w:shd w:val="clear" w:color="auto" w:fill="D9EAD3"/>
          </w:tcPr>
          <w:p w14:paraId="30BF5113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4032" w:type="dxa"/>
            <w:shd w:val="clear" w:color="auto" w:fill="D9EAD3"/>
          </w:tcPr>
          <w:p w14:paraId="3696175A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06E87081" w14:textId="77777777">
        <w:trPr>
          <w:jc w:val="center"/>
        </w:trPr>
        <w:tc>
          <w:tcPr>
            <w:tcW w:w="3600" w:type="dxa"/>
          </w:tcPr>
          <w:p w14:paraId="2D166B4D" w14:textId="77777777" w:rsidR="00304639" w:rsidRDefault="00947761">
            <w:r>
              <w:rPr>
                <w:sz w:val="16"/>
              </w:rPr>
              <w:t>Sioux Lookout First Nations Health Authority</w:t>
            </w:r>
          </w:p>
        </w:tc>
        <w:tc>
          <w:tcPr>
            <w:tcW w:w="3312" w:type="dxa"/>
          </w:tcPr>
          <w:p w14:paraId="501F339A" w14:textId="77777777" w:rsidR="00304639" w:rsidRDefault="00947761">
            <w:r>
              <w:rPr>
                <w:sz w:val="16"/>
              </w:rPr>
              <w:t>Health Services</w:t>
            </w:r>
          </w:p>
        </w:tc>
        <w:tc>
          <w:tcPr>
            <w:tcW w:w="3456" w:type="dxa"/>
          </w:tcPr>
          <w:p w14:paraId="580B717D" w14:textId="77777777" w:rsidR="00304639" w:rsidRDefault="00947761">
            <w:r>
              <w:rPr>
                <w:sz w:val="16"/>
              </w:rPr>
              <w:t>Main contact to be verified</w:t>
            </w:r>
          </w:p>
        </w:tc>
        <w:tc>
          <w:tcPr>
            <w:tcW w:w="4032" w:type="dxa"/>
          </w:tcPr>
          <w:p w14:paraId="4A0D9A62" w14:textId="77777777" w:rsidR="00304639" w:rsidRDefault="00947761">
            <w:r>
              <w:rPr>
                <w:sz w:val="16"/>
              </w:rPr>
              <w:t>Community health and mental wellness</w:t>
            </w:r>
          </w:p>
        </w:tc>
      </w:tr>
      <w:tr w:rsidR="00304639" w14:paraId="4AB91047" w14:textId="77777777">
        <w:trPr>
          <w:jc w:val="center"/>
        </w:trPr>
        <w:tc>
          <w:tcPr>
            <w:tcW w:w="3600" w:type="dxa"/>
          </w:tcPr>
          <w:p w14:paraId="1E30C29B" w14:textId="77777777" w:rsidR="00304639" w:rsidRDefault="00947761">
            <w:r>
              <w:rPr>
                <w:sz w:val="16"/>
              </w:rPr>
              <w:t>Meno Ya Win Health Centre</w:t>
            </w:r>
          </w:p>
        </w:tc>
        <w:tc>
          <w:tcPr>
            <w:tcW w:w="3312" w:type="dxa"/>
          </w:tcPr>
          <w:p w14:paraId="4FA6818F" w14:textId="77777777" w:rsidR="00304639" w:rsidRDefault="00947761">
            <w:r>
              <w:rPr>
                <w:sz w:val="16"/>
              </w:rPr>
              <w:t>Hospital and Mental Health</w:t>
            </w:r>
          </w:p>
        </w:tc>
        <w:tc>
          <w:tcPr>
            <w:tcW w:w="3456" w:type="dxa"/>
          </w:tcPr>
          <w:p w14:paraId="41C52F34" w14:textId="77777777" w:rsidR="00304639" w:rsidRDefault="00947761">
            <w:r>
              <w:rPr>
                <w:sz w:val="16"/>
              </w:rPr>
              <w:t>(807) 737-1275</w:t>
            </w:r>
          </w:p>
        </w:tc>
        <w:tc>
          <w:tcPr>
            <w:tcW w:w="4032" w:type="dxa"/>
          </w:tcPr>
          <w:p w14:paraId="44B0B914" w14:textId="7F60F07C" w:rsidR="00304639" w:rsidRDefault="00947761">
            <w:r>
              <w:rPr>
                <w:sz w:val="16"/>
              </w:rPr>
              <w:t>Sioux Lookout</w:t>
            </w:r>
            <w:r w:rsidR="005D2D88">
              <w:rPr>
                <w:sz w:val="16"/>
              </w:rPr>
              <w:t xml:space="preserve">, ON </w:t>
            </w:r>
          </w:p>
        </w:tc>
      </w:tr>
      <w:tr w:rsidR="00304639" w14:paraId="15F96C4A" w14:textId="77777777">
        <w:trPr>
          <w:jc w:val="center"/>
        </w:trPr>
        <w:tc>
          <w:tcPr>
            <w:tcW w:w="3600" w:type="dxa"/>
          </w:tcPr>
          <w:p w14:paraId="38B24FBB" w14:textId="77777777" w:rsidR="00304639" w:rsidRDefault="00947761">
            <w:r>
              <w:rPr>
                <w:sz w:val="16"/>
              </w:rPr>
              <w:lastRenderedPageBreak/>
              <w:t>Thunder Bay Counselling Centre</w:t>
            </w:r>
          </w:p>
        </w:tc>
        <w:tc>
          <w:tcPr>
            <w:tcW w:w="3312" w:type="dxa"/>
          </w:tcPr>
          <w:p w14:paraId="2BA98DE7" w14:textId="77777777" w:rsidR="00304639" w:rsidRDefault="00947761">
            <w:r>
              <w:rPr>
                <w:sz w:val="16"/>
              </w:rPr>
              <w:t>Counselling and Addictions</w:t>
            </w:r>
          </w:p>
        </w:tc>
        <w:tc>
          <w:tcPr>
            <w:tcW w:w="3456" w:type="dxa"/>
          </w:tcPr>
          <w:p w14:paraId="22B5B003" w14:textId="77777777" w:rsidR="00304639" w:rsidRDefault="00947761">
            <w:r>
              <w:rPr>
                <w:sz w:val="16"/>
              </w:rPr>
              <w:t>(807) 684-1880</w:t>
            </w:r>
          </w:p>
        </w:tc>
        <w:tc>
          <w:tcPr>
            <w:tcW w:w="4032" w:type="dxa"/>
          </w:tcPr>
          <w:p w14:paraId="2F2E1571" w14:textId="77777777" w:rsidR="00304639" w:rsidRDefault="00947761">
            <w:r>
              <w:rPr>
                <w:sz w:val="16"/>
              </w:rPr>
              <w:t>Multiple service streams</w:t>
            </w:r>
          </w:p>
        </w:tc>
      </w:tr>
      <w:tr w:rsidR="00304639" w14:paraId="48C6CA2A" w14:textId="77777777">
        <w:trPr>
          <w:jc w:val="center"/>
        </w:trPr>
        <w:tc>
          <w:tcPr>
            <w:tcW w:w="3600" w:type="dxa"/>
          </w:tcPr>
          <w:p w14:paraId="1CBC1D5D" w14:textId="77777777" w:rsidR="00304639" w:rsidRDefault="00947761">
            <w:r>
              <w:rPr>
                <w:sz w:val="16"/>
              </w:rPr>
              <w:t>Canadian Mental Health Association (CMHA)</w:t>
            </w:r>
          </w:p>
        </w:tc>
        <w:tc>
          <w:tcPr>
            <w:tcW w:w="3312" w:type="dxa"/>
          </w:tcPr>
          <w:p w14:paraId="77BF4163" w14:textId="77777777" w:rsidR="00304639" w:rsidRDefault="00947761">
            <w:r>
              <w:rPr>
                <w:sz w:val="16"/>
              </w:rPr>
              <w:t>Mental Health Services</w:t>
            </w:r>
          </w:p>
        </w:tc>
        <w:tc>
          <w:tcPr>
            <w:tcW w:w="3456" w:type="dxa"/>
          </w:tcPr>
          <w:p w14:paraId="7F3C738A" w14:textId="77777777" w:rsidR="00304639" w:rsidRDefault="00947761">
            <w:r>
              <w:rPr>
                <w:sz w:val="16"/>
              </w:rPr>
              <w:t>Local office contact to be verified</w:t>
            </w:r>
          </w:p>
        </w:tc>
        <w:tc>
          <w:tcPr>
            <w:tcW w:w="4032" w:type="dxa"/>
          </w:tcPr>
          <w:p w14:paraId="4D2969A5" w14:textId="77777777" w:rsidR="00304639" w:rsidRDefault="00947761">
            <w:r>
              <w:rPr>
                <w:sz w:val="16"/>
              </w:rPr>
              <w:t>Provincial access</w:t>
            </w:r>
          </w:p>
        </w:tc>
      </w:tr>
      <w:tr w:rsidR="00304639" w14:paraId="29A48875" w14:textId="77777777">
        <w:trPr>
          <w:jc w:val="center"/>
        </w:trPr>
        <w:tc>
          <w:tcPr>
            <w:tcW w:w="3600" w:type="dxa"/>
          </w:tcPr>
          <w:p w14:paraId="0D468454" w14:textId="77777777" w:rsidR="00304639" w:rsidRDefault="00947761">
            <w:r>
              <w:rPr>
                <w:sz w:val="16"/>
              </w:rPr>
              <w:t>NorWest Community Health Centres</w:t>
            </w:r>
          </w:p>
        </w:tc>
        <w:tc>
          <w:tcPr>
            <w:tcW w:w="3312" w:type="dxa"/>
          </w:tcPr>
          <w:p w14:paraId="654F4089" w14:textId="77777777" w:rsidR="00304639" w:rsidRDefault="00947761">
            <w:r>
              <w:rPr>
                <w:sz w:val="16"/>
              </w:rPr>
              <w:t>Health and Wellness</w:t>
            </w:r>
          </w:p>
        </w:tc>
        <w:tc>
          <w:tcPr>
            <w:tcW w:w="3456" w:type="dxa"/>
          </w:tcPr>
          <w:p w14:paraId="2C6BC68D" w14:textId="77777777" w:rsidR="00304639" w:rsidRDefault="00947761">
            <w:r>
              <w:rPr>
                <w:sz w:val="16"/>
              </w:rPr>
              <w:t>(807) 622-8235</w:t>
            </w:r>
          </w:p>
        </w:tc>
        <w:tc>
          <w:tcPr>
            <w:tcW w:w="4032" w:type="dxa"/>
          </w:tcPr>
          <w:p w14:paraId="3DACCF96" w14:textId="77777777" w:rsidR="00304639" w:rsidRDefault="00947761">
            <w:r>
              <w:rPr>
                <w:sz w:val="16"/>
              </w:rPr>
              <w:t>Primary care and mental health</w:t>
            </w:r>
          </w:p>
        </w:tc>
      </w:tr>
      <w:tr w:rsidR="00304639" w14:paraId="0CD3964C" w14:textId="77777777">
        <w:trPr>
          <w:jc w:val="center"/>
        </w:trPr>
        <w:tc>
          <w:tcPr>
            <w:tcW w:w="3600" w:type="dxa"/>
          </w:tcPr>
          <w:p w14:paraId="2813B79D" w14:textId="77777777" w:rsidR="00304639" w:rsidRDefault="00947761">
            <w:r>
              <w:rPr>
                <w:sz w:val="16"/>
              </w:rPr>
              <w:t>CAMH</w:t>
            </w:r>
          </w:p>
        </w:tc>
        <w:tc>
          <w:tcPr>
            <w:tcW w:w="3312" w:type="dxa"/>
          </w:tcPr>
          <w:p w14:paraId="1777C3FA" w14:textId="77777777" w:rsidR="00304639" w:rsidRDefault="00947761">
            <w:r>
              <w:rPr>
                <w:sz w:val="16"/>
              </w:rPr>
              <w:t>Mental Health and Addictions</w:t>
            </w:r>
          </w:p>
        </w:tc>
        <w:tc>
          <w:tcPr>
            <w:tcW w:w="3456" w:type="dxa"/>
          </w:tcPr>
          <w:p w14:paraId="68A5FB4D" w14:textId="5B5959D0" w:rsidR="00304639" w:rsidRDefault="005D2D88">
            <w:r w:rsidRPr="005D2D88">
              <w:rPr>
                <w:sz w:val="16"/>
              </w:rPr>
              <w:t>(807) 345-5564</w:t>
            </w:r>
          </w:p>
        </w:tc>
        <w:tc>
          <w:tcPr>
            <w:tcW w:w="4032" w:type="dxa"/>
          </w:tcPr>
          <w:p w14:paraId="42A69CA1" w14:textId="77777777" w:rsidR="00304639" w:rsidRDefault="00947761">
            <w:r>
              <w:rPr>
                <w:sz w:val="16"/>
              </w:rPr>
              <w:t>Provincial referral supports</w:t>
            </w:r>
          </w:p>
        </w:tc>
      </w:tr>
      <w:tr w:rsidR="00410CF6" w14:paraId="441C0944" w14:textId="77777777">
        <w:trPr>
          <w:jc w:val="center"/>
        </w:trPr>
        <w:tc>
          <w:tcPr>
            <w:tcW w:w="3600" w:type="dxa"/>
          </w:tcPr>
          <w:p w14:paraId="6324D610" w14:textId="77EF180F" w:rsidR="00410CF6" w:rsidRDefault="00410CF6">
            <w:pPr>
              <w:rPr>
                <w:sz w:val="16"/>
              </w:rPr>
            </w:pPr>
            <w:r w:rsidRPr="00410CF6">
              <w:rPr>
                <w:sz w:val="16"/>
              </w:rPr>
              <w:t>Lake of the Woods District Hospital- Mental Health and Addictions Programs</w:t>
            </w:r>
          </w:p>
        </w:tc>
        <w:tc>
          <w:tcPr>
            <w:tcW w:w="3312" w:type="dxa"/>
          </w:tcPr>
          <w:p w14:paraId="1735219F" w14:textId="55687964" w:rsidR="00410CF6" w:rsidRDefault="00DF38FC">
            <w:pPr>
              <w:rPr>
                <w:sz w:val="16"/>
              </w:rPr>
            </w:pPr>
            <w:r>
              <w:rPr>
                <w:sz w:val="16"/>
              </w:rPr>
              <w:t xml:space="preserve">Mental Health and Addictions </w:t>
            </w:r>
          </w:p>
        </w:tc>
        <w:tc>
          <w:tcPr>
            <w:tcW w:w="3456" w:type="dxa"/>
          </w:tcPr>
          <w:p w14:paraId="6C578343" w14:textId="1FF4ACB9" w:rsidR="00410CF6" w:rsidRDefault="00DF38FC">
            <w:pPr>
              <w:rPr>
                <w:sz w:val="16"/>
              </w:rPr>
            </w:pPr>
            <w:r w:rsidRPr="00DF38FC">
              <w:rPr>
                <w:sz w:val="16"/>
              </w:rPr>
              <w:t>807-467-3555</w:t>
            </w:r>
          </w:p>
        </w:tc>
        <w:tc>
          <w:tcPr>
            <w:tcW w:w="4032" w:type="dxa"/>
          </w:tcPr>
          <w:p w14:paraId="74538B83" w14:textId="244C4B0F" w:rsidR="00410CF6" w:rsidRDefault="00DF38FC">
            <w:pPr>
              <w:rPr>
                <w:sz w:val="16"/>
              </w:rPr>
            </w:pPr>
            <w:r>
              <w:rPr>
                <w:sz w:val="16"/>
              </w:rPr>
              <w:t xml:space="preserve">Kenora, Ontario </w:t>
            </w:r>
          </w:p>
        </w:tc>
      </w:tr>
      <w:tr w:rsidR="001D51C9" w14:paraId="0351CA41" w14:textId="77777777">
        <w:trPr>
          <w:jc w:val="center"/>
        </w:trPr>
        <w:tc>
          <w:tcPr>
            <w:tcW w:w="3600" w:type="dxa"/>
          </w:tcPr>
          <w:p w14:paraId="0F547B62" w14:textId="755771F0" w:rsidR="001D51C9" w:rsidRPr="00410CF6" w:rsidRDefault="001D51C9">
            <w:pPr>
              <w:rPr>
                <w:sz w:val="16"/>
              </w:rPr>
            </w:pPr>
            <w:r w:rsidRPr="001D51C9">
              <w:rPr>
                <w:sz w:val="16"/>
              </w:rPr>
              <w:t>Riverside Health Care-Mental Health and Addictions</w:t>
            </w:r>
          </w:p>
        </w:tc>
        <w:tc>
          <w:tcPr>
            <w:tcW w:w="3312" w:type="dxa"/>
          </w:tcPr>
          <w:p w14:paraId="370E13A7" w14:textId="0D9AF411" w:rsidR="001D51C9" w:rsidRDefault="005A3A33">
            <w:pPr>
              <w:rPr>
                <w:sz w:val="16"/>
              </w:rPr>
            </w:pPr>
            <w:r>
              <w:rPr>
                <w:sz w:val="16"/>
              </w:rPr>
              <w:t xml:space="preserve">Mental Health and Addictions </w:t>
            </w:r>
          </w:p>
        </w:tc>
        <w:tc>
          <w:tcPr>
            <w:tcW w:w="3456" w:type="dxa"/>
          </w:tcPr>
          <w:p w14:paraId="3214B839" w14:textId="67DC4131" w:rsidR="001D51C9" w:rsidRPr="00DF38FC" w:rsidRDefault="005A3A33">
            <w:pPr>
              <w:rPr>
                <w:sz w:val="16"/>
              </w:rPr>
            </w:pPr>
            <w:r w:rsidRPr="005A3A33">
              <w:rPr>
                <w:sz w:val="16"/>
              </w:rPr>
              <w:t>Phone: 807-274-4807 ext. 1</w:t>
            </w:r>
          </w:p>
        </w:tc>
        <w:tc>
          <w:tcPr>
            <w:tcW w:w="4032" w:type="dxa"/>
          </w:tcPr>
          <w:p w14:paraId="5FEC3247" w14:textId="78CBDFFF" w:rsidR="001D51C9" w:rsidRDefault="005A3A33">
            <w:pPr>
              <w:rPr>
                <w:sz w:val="16"/>
              </w:rPr>
            </w:pPr>
            <w:r>
              <w:rPr>
                <w:sz w:val="16"/>
              </w:rPr>
              <w:t xml:space="preserve">Fort Francis, Emo, </w:t>
            </w:r>
            <w:r w:rsidR="00324A7C">
              <w:rPr>
                <w:sz w:val="16"/>
              </w:rPr>
              <w:t xml:space="preserve">&amp; Rainy </w:t>
            </w:r>
            <w:proofErr w:type="gramStart"/>
            <w:r w:rsidR="00324A7C">
              <w:rPr>
                <w:sz w:val="16"/>
              </w:rPr>
              <w:t xml:space="preserve">River </w:t>
            </w:r>
            <w:r w:rsidR="005D2D88">
              <w:rPr>
                <w:sz w:val="16"/>
              </w:rPr>
              <w:t>,</w:t>
            </w:r>
            <w:proofErr w:type="gramEnd"/>
            <w:r w:rsidR="005D2D88">
              <w:rPr>
                <w:sz w:val="16"/>
              </w:rPr>
              <w:t xml:space="preserve"> ON </w:t>
            </w:r>
          </w:p>
        </w:tc>
      </w:tr>
      <w:tr w:rsidR="00485D10" w14:paraId="081EB8C3" w14:textId="77777777">
        <w:trPr>
          <w:jc w:val="center"/>
        </w:trPr>
        <w:tc>
          <w:tcPr>
            <w:tcW w:w="3600" w:type="dxa"/>
          </w:tcPr>
          <w:p w14:paraId="45A18D3D" w14:textId="643BEAF1" w:rsidR="00485D10" w:rsidRPr="001D51C9" w:rsidRDefault="00485D10">
            <w:pPr>
              <w:rPr>
                <w:sz w:val="16"/>
              </w:rPr>
            </w:pPr>
            <w:r>
              <w:rPr>
                <w:sz w:val="16"/>
              </w:rPr>
              <w:t xml:space="preserve">St Josephs’ Care Group </w:t>
            </w:r>
          </w:p>
        </w:tc>
        <w:tc>
          <w:tcPr>
            <w:tcW w:w="3312" w:type="dxa"/>
          </w:tcPr>
          <w:p w14:paraId="61B440AA" w14:textId="583BC2FA" w:rsidR="00485D10" w:rsidRDefault="00485D10">
            <w:pPr>
              <w:rPr>
                <w:sz w:val="16"/>
              </w:rPr>
            </w:pPr>
            <w:r>
              <w:rPr>
                <w:sz w:val="16"/>
              </w:rPr>
              <w:t xml:space="preserve">Outpatient Mental Health Services </w:t>
            </w:r>
          </w:p>
        </w:tc>
        <w:tc>
          <w:tcPr>
            <w:tcW w:w="3456" w:type="dxa"/>
          </w:tcPr>
          <w:p w14:paraId="5B219BFD" w14:textId="3F0143F8" w:rsidR="00485D10" w:rsidRPr="005A3A33" w:rsidRDefault="00EC3215">
            <w:pPr>
              <w:rPr>
                <w:sz w:val="16"/>
              </w:rPr>
            </w:pPr>
            <w:r w:rsidRPr="00EC3215">
              <w:rPr>
                <w:sz w:val="16"/>
              </w:rPr>
              <w:t> 1-888-358-1194</w:t>
            </w:r>
          </w:p>
        </w:tc>
        <w:tc>
          <w:tcPr>
            <w:tcW w:w="4032" w:type="dxa"/>
          </w:tcPr>
          <w:p w14:paraId="336A17C5" w14:textId="086BF180" w:rsidR="00485D10" w:rsidRDefault="00EC3215">
            <w:pPr>
              <w:rPr>
                <w:sz w:val="16"/>
              </w:rPr>
            </w:pPr>
            <w:r>
              <w:rPr>
                <w:sz w:val="16"/>
              </w:rPr>
              <w:t xml:space="preserve">Thunder Bay, ON </w:t>
            </w:r>
          </w:p>
        </w:tc>
      </w:tr>
      <w:tr w:rsidR="00B76D01" w14:paraId="3286D8D8" w14:textId="77777777">
        <w:trPr>
          <w:jc w:val="center"/>
        </w:trPr>
        <w:tc>
          <w:tcPr>
            <w:tcW w:w="3600" w:type="dxa"/>
          </w:tcPr>
          <w:p w14:paraId="7F2D3E28" w14:textId="5B1A545C" w:rsidR="00B76D01" w:rsidRPr="00B76D01" w:rsidRDefault="00B76D01">
            <w:pPr>
              <w:rPr>
                <w:sz w:val="16"/>
              </w:rPr>
            </w:pPr>
            <w:r w:rsidRPr="00B76D01">
              <w:rPr>
                <w:sz w:val="16"/>
              </w:rPr>
              <w:t>Connex Ontario</w:t>
            </w:r>
          </w:p>
        </w:tc>
        <w:tc>
          <w:tcPr>
            <w:tcW w:w="3312" w:type="dxa"/>
          </w:tcPr>
          <w:p w14:paraId="05B67993" w14:textId="4107225F" w:rsidR="00B76D01" w:rsidRDefault="00133B4C">
            <w:pPr>
              <w:rPr>
                <w:sz w:val="16"/>
              </w:rPr>
            </w:pPr>
            <w:r w:rsidRPr="00133B4C">
              <w:rPr>
                <w:sz w:val="16"/>
              </w:rPr>
              <w:t>A 24/7/365 confidential phone, chat, texting, and email service that helps people in Ontario who need support and information about mental health, gambling, and addiction services available in their community.</w:t>
            </w:r>
          </w:p>
        </w:tc>
        <w:tc>
          <w:tcPr>
            <w:tcW w:w="3456" w:type="dxa"/>
          </w:tcPr>
          <w:p w14:paraId="4462A563" w14:textId="17CF3D13" w:rsidR="00B76D01" w:rsidRPr="00EC3215" w:rsidRDefault="00C70AB4">
            <w:pPr>
              <w:rPr>
                <w:sz w:val="16"/>
              </w:rPr>
            </w:pPr>
            <w:r w:rsidRPr="00C70AB4">
              <w:rPr>
                <w:sz w:val="16"/>
              </w:rPr>
              <w:t>1-866-531-2600</w:t>
            </w:r>
          </w:p>
        </w:tc>
        <w:tc>
          <w:tcPr>
            <w:tcW w:w="4032" w:type="dxa"/>
          </w:tcPr>
          <w:p w14:paraId="176FAE85" w14:textId="4BE8F331" w:rsidR="00B76D01" w:rsidRDefault="00C70AB4">
            <w:pPr>
              <w:rPr>
                <w:sz w:val="16"/>
              </w:rPr>
            </w:pPr>
            <w:r>
              <w:rPr>
                <w:sz w:val="16"/>
              </w:rPr>
              <w:t xml:space="preserve">Provincial Referral Supports </w:t>
            </w:r>
          </w:p>
        </w:tc>
      </w:tr>
      <w:tr w:rsidR="00227B3A" w14:paraId="776F4F0D" w14:textId="77777777">
        <w:trPr>
          <w:jc w:val="center"/>
        </w:trPr>
        <w:tc>
          <w:tcPr>
            <w:tcW w:w="3600" w:type="dxa"/>
          </w:tcPr>
          <w:p w14:paraId="6156D5C8" w14:textId="482B3109" w:rsidR="00227B3A" w:rsidRPr="00B76D01" w:rsidRDefault="00227B3A">
            <w:pPr>
              <w:rPr>
                <w:sz w:val="16"/>
              </w:rPr>
            </w:pPr>
            <w:r>
              <w:rPr>
                <w:sz w:val="16"/>
              </w:rPr>
              <w:t xml:space="preserve">Grief Support – Self Guided </w:t>
            </w:r>
          </w:p>
        </w:tc>
        <w:tc>
          <w:tcPr>
            <w:tcW w:w="3312" w:type="dxa"/>
          </w:tcPr>
          <w:p w14:paraId="5B544301" w14:textId="58EC5F6E" w:rsidR="00227B3A" w:rsidRPr="00133B4C" w:rsidRDefault="00227B3A">
            <w:pPr>
              <w:rPr>
                <w:sz w:val="16"/>
              </w:rPr>
            </w:pPr>
            <w:r>
              <w:rPr>
                <w:sz w:val="16"/>
              </w:rPr>
              <w:t xml:space="preserve">Self-Guided Grief Support </w:t>
            </w:r>
          </w:p>
        </w:tc>
        <w:tc>
          <w:tcPr>
            <w:tcW w:w="3456" w:type="dxa"/>
          </w:tcPr>
          <w:p w14:paraId="4A9B660A" w14:textId="0F134E7E" w:rsidR="00227B3A" w:rsidRPr="00C70AB4" w:rsidRDefault="00227B3A">
            <w:pPr>
              <w:rPr>
                <w:sz w:val="16"/>
              </w:rPr>
            </w:pPr>
            <w:hyperlink r:id="rId8" w:history="1">
              <w:proofErr w:type="spellStart"/>
              <w:r w:rsidRPr="00227B3A">
                <w:rPr>
                  <w:rStyle w:val="Hyperlink"/>
                  <w:sz w:val="16"/>
                </w:rPr>
                <w:t>MyGrief</w:t>
              </w:r>
              <w:proofErr w:type="spellEnd"/>
            </w:hyperlink>
          </w:p>
        </w:tc>
        <w:tc>
          <w:tcPr>
            <w:tcW w:w="4032" w:type="dxa"/>
          </w:tcPr>
          <w:p w14:paraId="46A65DF5" w14:textId="3A029661" w:rsidR="00227B3A" w:rsidRDefault="00227B3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Self guided</w:t>
            </w:r>
            <w:proofErr w:type="spellEnd"/>
            <w:r>
              <w:rPr>
                <w:sz w:val="16"/>
              </w:rPr>
              <w:t xml:space="preserve"> grief support – Modules </w:t>
            </w:r>
          </w:p>
        </w:tc>
      </w:tr>
      <w:tr w:rsidR="00CF7B66" w14:paraId="04CB6092" w14:textId="77777777">
        <w:trPr>
          <w:jc w:val="center"/>
        </w:trPr>
        <w:tc>
          <w:tcPr>
            <w:tcW w:w="3600" w:type="dxa"/>
          </w:tcPr>
          <w:p w14:paraId="4C85DE46" w14:textId="79CA3536" w:rsidR="00CF7B66" w:rsidRDefault="00CF7B66">
            <w:pPr>
              <w:rPr>
                <w:sz w:val="16"/>
              </w:rPr>
            </w:pPr>
            <w:r>
              <w:rPr>
                <w:sz w:val="16"/>
              </w:rPr>
              <w:t xml:space="preserve">CMHA </w:t>
            </w:r>
          </w:p>
        </w:tc>
        <w:tc>
          <w:tcPr>
            <w:tcW w:w="3312" w:type="dxa"/>
          </w:tcPr>
          <w:p w14:paraId="46AD012A" w14:textId="362BCB28" w:rsidR="00CF7B66" w:rsidRDefault="000C50EA">
            <w:pPr>
              <w:rPr>
                <w:sz w:val="16"/>
              </w:rPr>
            </w:pPr>
            <w:r>
              <w:rPr>
                <w:sz w:val="16"/>
              </w:rPr>
              <w:t xml:space="preserve">Mental Health Resource </w:t>
            </w:r>
          </w:p>
        </w:tc>
        <w:tc>
          <w:tcPr>
            <w:tcW w:w="3456" w:type="dxa"/>
          </w:tcPr>
          <w:p w14:paraId="76128B03" w14:textId="6542FEB3" w:rsidR="00CF7B66" w:rsidRDefault="000C50EA">
            <w:hyperlink r:id="rId9" w:history="1">
              <w:r w:rsidRPr="000C50EA">
                <w:rPr>
                  <w:rStyle w:val="Hyperlink"/>
                </w:rPr>
                <w:t>CMHA Programs and Services - CMHA Cochrane-Timiskaming</w:t>
              </w:r>
            </w:hyperlink>
          </w:p>
        </w:tc>
        <w:tc>
          <w:tcPr>
            <w:tcW w:w="4032" w:type="dxa"/>
          </w:tcPr>
          <w:p w14:paraId="406BDB5D" w14:textId="6D895B87" w:rsidR="00CF7B66" w:rsidRDefault="000C50EA">
            <w:pPr>
              <w:rPr>
                <w:sz w:val="16"/>
              </w:rPr>
            </w:pPr>
            <w:r>
              <w:rPr>
                <w:sz w:val="16"/>
              </w:rPr>
              <w:t xml:space="preserve">Timmins </w:t>
            </w:r>
          </w:p>
        </w:tc>
      </w:tr>
    </w:tbl>
    <w:p w14:paraId="2C3991DD" w14:textId="77777777" w:rsidR="00304639" w:rsidRDefault="00304639"/>
    <w:p w14:paraId="379DA43A" w14:textId="77777777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Elders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312"/>
        <w:gridCol w:w="3456"/>
        <w:gridCol w:w="4032"/>
      </w:tblGrid>
      <w:tr w:rsidR="00304639" w14:paraId="168630C1" w14:textId="77777777">
        <w:trPr>
          <w:tblHeader/>
          <w:jc w:val="center"/>
        </w:trPr>
        <w:tc>
          <w:tcPr>
            <w:tcW w:w="3600" w:type="dxa"/>
            <w:shd w:val="clear" w:color="auto" w:fill="D9EAD3"/>
          </w:tcPr>
          <w:p w14:paraId="35B20FDA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3312" w:type="dxa"/>
            <w:shd w:val="clear" w:color="auto" w:fill="D9EAD3"/>
          </w:tcPr>
          <w:p w14:paraId="0B16DC50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3456" w:type="dxa"/>
            <w:shd w:val="clear" w:color="auto" w:fill="D9EAD3"/>
          </w:tcPr>
          <w:p w14:paraId="070EB2CC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4032" w:type="dxa"/>
            <w:shd w:val="clear" w:color="auto" w:fill="D9EAD3"/>
          </w:tcPr>
          <w:p w14:paraId="59EDE565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64A138E3" w14:textId="77777777">
        <w:trPr>
          <w:jc w:val="center"/>
        </w:trPr>
        <w:tc>
          <w:tcPr>
            <w:tcW w:w="3600" w:type="dxa"/>
          </w:tcPr>
          <w:p w14:paraId="35092685" w14:textId="77777777" w:rsidR="00304639" w:rsidRDefault="00947761">
            <w:r>
              <w:rPr>
                <w:sz w:val="16"/>
              </w:rPr>
              <w:t>Senior Safety Line</w:t>
            </w:r>
          </w:p>
        </w:tc>
        <w:tc>
          <w:tcPr>
            <w:tcW w:w="3312" w:type="dxa"/>
          </w:tcPr>
          <w:p w14:paraId="3B177DF4" w14:textId="77777777" w:rsidR="00304639" w:rsidRDefault="00947761">
            <w:r>
              <w:rPr>
                <w:sz w:val="16"/>
              </w:rPr>
              <w:t>Elder Support</w:t>
            </w:r>
          </w:p>
        </w:tc>
        <w:tc>
          <w:tcPr>
            <w:tcW w:w="3456" w:type="dxa"/>
          </w:tcPr>
          <w:p w14:paraId="0F47D7FB" w14:textId="0B7B1259" w:rsidR="00304639" w:rsidRDefault="00947761">
            <w:r>
              <w:rPr>
                <w:sz w:val="16"/>
              </w:rPr>
              <w:t>1-866-299-1011</w:t>
            </w:r>
            <w:r w:rsidR="006515DB">
              <w:rPr>
                <w:sz w:val="16"/>
              </w:rPr>
              <w:t xml:space="preserve">- TTY </w:t>
            </w:r>
            <w:r w:rsidR="006515DB" w:rsidRPr="006515DB">
              <w:rPr>
                <w:sz w:val="16"/>
              </w:rPr>
              <w:t>1-866-299-0008.</w:t>
            </w:r>
          </w:p>
        </w:tc>
        <w:tc>
          <w:tcPr>
            <w:tcW w:w="4032" w:type="dxa"/>
          </w:tcPr>
          <w:p w14:paraId="52355F98" w14:textId="77777777" w:rsidR="00304639" w:rsidRDefault="00947761">
            <w:r>
              <w:rPr>
                <w:sz w:val="16"/>
              </w:rPr>
              <w:t>Elder abuse prevention</w:t>
            </w:r>
          </w:p>
        </w:tc>
      </w:tr>
      <w:tr w:rsidR="00304639" w14:paraId="4D4402E2" w14:textId="77777777">
        <w:trPr>
          <w:jc w:val="center"/>
        </w:trPr>
        <w:tc>
          <w:tcPr>
            <w:tcW w:w="3600" w:type="dxa"/>
          </w:tcPr>
          <w:p w14:paraId="1810412C" w14:textId="77777777" w:rsidR="00304639" w:rsidRDefault="00947761">
            <w:r>
              <w:rPr>
                <w:sz w:val="16"/>
              </w:rPr>
              <w:t>NAN Elders Council</w:t>
            </w:r>
          </w:p>
        </w:tc>
        <w:tc>
          <w:tcPr>
            <w:tcW w:w="3312" w:type="dxa"/>
          </w:tcPr>
          <w:p w14:paraId="42A0ED41" w14:textId="77777777" w:rsidR="00304639" w:rsidRDefault="00947761">
            <w:r>
              <w:rPr>
                <w:sz w:val="16"/>
              </w:rPr>
              <w:t>Cultural and Advisory Support</w:t>
            </w:r>
          </w:p>
        </w:tc>
        <w:tc>
          <w:tcPr>
            <w:tcW w:w="3456" w:type="dxa"/>
          </w:tcPr>
          <w:p w14:paraId="32BAC043" w14:textId="77777777" w:rsidR="00304639" w:rsidRDefault="00947761">
            <w:r>
              <w:rPr>
                <w:sz w:val="16"/>
              </w:rPr>
              <w:t>Through NAN</w:t>
            </w:r>
          </w:p>
        </w:tc>
        <w:tc>
          <w:tcPr>
            <w:tcW w:w="4032" w:type="dxa"/>
          </w:tcPr>
          <w:p w14:paraId="416EA886" w14:textId="77777777" w:rsidR="00304639" w:rsidRDefault="00947761">
            <w:r>
              <w:rPr>
                <w:sz w:val="16"/>
              </w:rPr>
              <w:t>Community connected supports</w:t>
            </w:r>
          </w:p>
        </w:tc>
      </w:tr>
      <w:tr w:rsidR="00304639" w14:paraId="4B9FF9B2" w14:textId="77777777">
        <w:trPr>
          <w:jc w:val="center"/>
        </w:trPr>
        <w:tc>
          <w:tcPr>
            <w:tcW w:w="3600" w:type="dxa"/>
          </w:tcPr>
          <w:p w14:paraId="452F68A6" w14:textId="77777777" w:rsidR="00304639" w:rsidRDefault="00947761">
            <w:r>
              <w:rPr>
                <w:sz w:val="16"/>
              </w:rPr>
              <w:t>Friendship Centres</w:t>
            </w:r>
          </w:p>
        </w:tc>
        <w:tc>
          <w:tcPr>
            <w:tcW w:w="3312" w:type="dxa"/>
          </w:tcPr>
          <w:p w14:paraId="46CE8C42" w14:textId="77777777" w:rsidR="00304639" w:rsidRDefault="00947761">
            <w:r>
              <w:rPr>
                <w:sz w:val="16"/>
              </w:rPr>
              <w:t>Cultural and Wellness Supports</w:t>
            </w:r>
          </w:p>
        </w:tc>
        <w:tc>
          <w:tcPr>
            <w:tcW w:w="3456" w:type="dxa"/>
          </w:tcPr>
          <w:p w14:paraId="7CE7A5A7" w14:textId="77777777" w:rsidR="00304639" w:rsidRDefault="00947761">
            <w:r>
              <w:rPr>
                <w:sz w:val="16"/>
              </w:rPr>
              <w:t>Local site dependent</w:t>
            </w:r>
          </w:p>
        </w:tc>
        <w:tc>
          <w:tcPr>
            <w:tcW w:w="4032" w:type="dxa"/>
          </w:tcPr>
          <w:p w14:paraId="5DCAE42A" w14:textId="77777777" w:rsidR="00304639" w:rsidRDefault="00947761">
            <w:r>
              <w:rPr>
                <w:sz w:val="16"/>
              </w:rPr>
              <w:t>Elder access and supports</w:t>
            </w:r>
          </w:p>
        </w:tc>
      </w:tr>
    </w:tbl>
    <w:p w14:paraId="533B04B8" w14:textId="77777777" w:rsidR="00304639" w:rsidRDefault="00304639"/>
    <w:p w14:paraId="1A30E5A1" w14:textId="77777777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Women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50"/>
        <w:gridCol w:w="3258"/>
        <w:gridCol w:w="3424"/>
        <w:gridCol w:w="3960"/>
      </w:tblGrid>
      <w:tr w:rsidR="00304639" w14:paraId="51F17A95" w14:textId="77777777" w:rsidTr="00F80297">
        <w:trPr>
          <w:trHeight w:val="212"/>
          <w:tblHeader/>
          <w:jc w:val="center"/>
        </w:trPr>
        <w:tc>
          <w:tcPr>
            <w:tcW w:w="3550" w:type="dxa"/>
            <w:shd w:val="clear" w:color="auto" w:fill="D9EAD3"/>
          </w:tcPr>
          <w:p w14:paraId="60E622B5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3258" w:type="dxa"/>
            <w:shd w:val="clear" w:color="auto" w:fill="D9EAD3"/>
          </w:tcPr>
          <w:p w14:paraId="77CE760F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3424" w:type="dxa"/>
            <w:shd w:val="clear" w:color="auto" w:fill="D9EAD3"/>
          </w:tcPr>
          <w:p w14:paraId="46940467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3960" w:type="dxa"/>
            <w:shd w:val="clear" w:color="auto" w:fill="D9EAD3"/>
          </w:tcPr>
          <w:p w14:paraId="3779AD13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12440255" w14:textId="77777777" w:rsidTr="00F80297">
        <w:trPr>
          <w:trHeight w:val="224"/>
          <w:jc w:val="center"/>
        </w:trPr>
        <w:tc>
          <w:tcPr>
            <w:tcW w:w="3550" w:type="dxa"/>
          </w:tcPr>
          <w:p w14:paraId="37F88750" w14:textId="77777777" w:rsidR="00304639" w:rsidRDefault="00947761">
            <w:r>
              <w:rPr>
                <w:sz w:val="16"/>
              </w:rPr>
              <w:t>Talk4Healing</w:t>
            </w:r>
          </w:p>
        </w:tc>
        <w:tc>
          <w:tcPr>
            <w:tcW w:w="3258" w:type="dxa"/>
          </w:tcPr>
          <w:p w14:paraId="546BD217" w14:textId="77777777" w:rsidR="00304639" w:rsidRDefault="00947761">
            <w:r>
              <w:rPr>
                <w:sz w:val="16"/>
              </w:rPr>
              <w:t>Indigenous Women Support</w:t>
            </w:r>
          </w:p>
        </w:tc>
        <w:tc>
          <w:tcPr>
            <w:tcW w:w="3424" w:type="dxa"/>
          </w:tcPr>
          <w:p w14:paraId="4767A7E1" w14:textId="77777777" w:rsidR="00304639" w:rsidRDefault="00947761">
            <w:r>
              <w:rPr>
                <w:sz w:val="16"/>
              </w:rPr>
              <w:t>1-855-554-4325</w:t>
            </w:r>
          </w:p>
        </w:tc>
        <w:tc>
          <w:tcPr>
            <w:tcW w:w="3960" w:type="dxa"/>
          </w:tcPr>
          <w:p w14:paraId="6EA02F50" w14:textId="77777777" w:rsidR="00304639" w:rsidRDefault="00947761">
            <w:r>
              <w:rPr>
                <w:sz w:val="16"/>
              </w:rPr>
              <w:t>Trauma-informed support</w:t>
            </w:r>
          </w:p>
        </w:tc>
      </w:tr>
      <w:tr w:rsidR="00304639" w14:paraId="00DD2EE2" w14:textId="77777777" w:rsidTr="00F80297">
        <w:trPr>
          <w:trHeight w:val="212"/>
          <w:jc w:val="center"/>
        </w:trPr>
        <w:tc>
          <w:tcPr>
            <w:tcW w:w="3550" w:type="dxa"/>
          </w:tcPr>
          <w:p w14:paraId="561A2A81" w14:textId="77777777" w:rsidR="00304639" w:rsidRDefault="00947761">
            <w:r>
              <w:rPr>
                <w:sz w:val="16"/>
              </w:rPr>
              <w:t>Assaulted Women's Helpline</w:t>
            </w:r>
          </w:p>
        </w:tc>
        <w:tc>
          <w:tcPr>
            <w:tcW w:w="3258" w:type="dxa"/>
          </w:tcPr>
          <w:p w14:paraId="44DD7679" w14:textId="77777777" w:rsidR="00304639" w:rsidRDefault="00947761">
            <w:r>
              <w:rPr>
                <w:sz w:val="16"/>
              </w:rPr>
              <w:t>Crisis Line</w:t>
            </w:r>
          </w:p>
        </w:tc>
        <w:tc>
          <w:tcPr>
            <w:tcW w:w="3424" w:type="dxa"/>
          </w:tcPr>
          <w:p w14:paraId="7F16D11A" w14:textId="77777777" w:rsidR="00304639" w:rsidRDefault="00947761">
            <w:r>
              <w:rPr>
                <w:sz w:val="16"/>
              </w:rPr>
              <w:t>1-866-863-0511</w:t>
            </w:r>
          </w:p>
        </w:tc>
        <w:tc>
          <w:tcPr>
            <w:tcW w:w="3960" w:type="dxa"/>
          </w:tcPr>
          <w:p w14:paraId="2960C7C9" w14:textId="77777777" w:rsidR="00304639" w:rsidRDefault="00947761">
            <w:r>
              <w:rPr>
                <w:sz w:val="16"/>
              </w:rPr>
              <w:t>Violence and safety support</w:t>
            </w:r>
          </w:p>
        </w:tc>
      </w:tr>
      <w:tr w:rsidR="00304639" w14:paraId="5BCD7325" w14:textId="77777777" w:rsidTr="00F80297">
        <w:trPr>
          <w:trHeight w:val="224"/>
          <w:jc w:val="center"/>
        </w:trPr>
        <w:tc>
          <w:tcPr>
            <w:tcW w:w="3550" w:type="dxa"/>
          </w:tcPr>
          <w:p w14:paraId="405C44CE" w14:textId="77777777" w:rsidR="00304639" w:rsidRDefault="00947761">
            <w:r>
              <w:rPr>
                <w:sz w:val="16"/>
              </w:rPr>
              <w:t>Women for Sobriety</w:t>
            </w:r>
          </w:p>
        </w:tc>
        <w:tc>
          <w:tcPr>
            <w:tcW w:w="3258" w:type="dxa"/>
          </w:tcPr>
          <w:p w14:paraId="2EC86F3A" w14:textId="77777777" w:rsidR="00304639" w:rsidRDefault="00947761">
            <w:r>
              <w:rPr>
                <w:sz w:val="16"/>
              </w:rPr>
              <w:t>Peer Support</w:t>
            </w:r>
          </w:p>
        </w:tc>
        <w:tc>
          <w:tcPr>
            <w:tcW w:w="3424" w:type="dxa"/>
          </w:tcPr>
          <w:p w14:paraId="5A5FC196" w14:textId="77777777" w:rsidR="00304639" w:rsidRDefault="00947761">
            <w:r>
              <w:rPr>
                <w:sz w:val="16"/>
              </w:rPr>
              <w:t>https://womenforsobriety.org/</w:t>
            </w:r>
          </w:p>
        </w:tc>
        <w:tc>
          <w:tcPr>
            <w:tcW w:w="3960" w:type="dxa"/>
          </w:tcPr>
          <w:p w14:paraId="26927634" w14:textId="77777777" w:rsidR="00304639" w:rsidRDefault="00947761">
            <w:r>
              <w:rPr>
                <w:sz w:val="16"/>
              </w:rPr>
              <w:t>Recovery support</w:t>
            </w:r>
          </w:p>
        </w:tc>
      </w:tr>
      <w:tr w:rsidR="00304639" w14:paraId="37E95D7A" w14:textId="77777777" w:rsidTr="00F80297">
        <w:trPr>
          <w:trHeight w:val="212"/>
          <w:jc w:val="center"/>
        </w:trPr>
        <w:tc>
          <w:tcPr>
            <w:tcW w:w="3550" w:type="dxa"/>
          </w:tcPr>
          <w:p w14:paraId="73C72C81" w14:textId="77777777" w:rsidR="00304639" w:rsidRDefault="00947761">
            <w:r>
              <w:rPr>
                <w:sz w:val="16"/>
              </w:rPr>
              <w:t>Omushkegiskwew House</w:t>
            </w:r>
          </w:p>
        </w:tc>
        <w:tc>
          <w:tcPr>
            <w:tcW w:w="3258" w:type="dxa"/>
          </w:tcPr>
          <w:p w14:paraId="3B033771" w14:textId="77777777" w:rsidR="00304639" w:rsidRDefault="00947761">
            <w:r>
              <w:rPr>
                <w:sz w:val="16"/>
              </w:rPr>
              <w:t>Shelter and Support</w:t>
            </w:r>
          </w:p>
        </w:tc>
        <w:tc>
          <w:tcPr>
            <w:tcW w:w="3424" w:type="dxa"/>
          </w:tcPr>
          <w:p w14:paraId="0572B728" w14:textId="77777777" w:rsidR="00304639" w:rsidRDefault="00947761">
            <w:r>
              <w:rPr>
                <w:sz w:val="16"/>
              </w:rPr>
              <w:t>(705) 336-2456</w:t>
            </w:r>
          </w:p>
        </w:tc>
        <w:tc>
          <w:tcPr>
            <w:tcW w:w="3960" w:type="dxa"/>
          </w:tcPr>
          <w:p w14:paraId="1CE9297D" w14:textId="77777777" w:rsidR="00304639" w:rsidRDefault="00947761">
            <w:r>
              <w:rPr>
                <w:sz w:val="16"/>
              </w:rPr>
              <w:t>Women and children</w:t>
            </w:r>
          </w:p>
        </w:tc>
      </w:tr>
      <w:tr w:rsidR="00DA47A7" w14:paraId="713E837A" w14:textId="77777777" w:rsidTr="00F80297">
        <w:trPr>
          <w:trHeight w:val="436"/>
          <w:jc w:val="center"/>
        </w:trPr>
        <w:tc>
          <w:tcPr>
            <w:tcW w:w="3550" w:type="dxa"/>
          </w:tcPr>
          <w:p w14:paraId="3658F057" w14:textId="7F8D27DF" w:rsidR="0047452E" w:rsidRDefault="00DA47A7" w:rsidP="003E44D7">
            <w:pPr>
              <w:rPr>
                <w:sz w:val="16"/>
              </w:rPr>
            </w:pPr>
            <w:r w:rsidRPr="00DA47A7">
              <w:rPr>
                <w:sz w:val="16"/>
              </w:rPr>
              <w:t>Ontario Native Women's Association</w:t>
            </w:r>
          </w:p>
        </w:tc>
        <w:tc>
          <w:tcPr>
            <w:tcW w:w="3258" w:type="dxa"/>
          </w:tcPr>
          <w:p w14:paraId="0D090A15" w14:textId="14112A84" w:rsidR="00DA47A7" w:rsidRPr="00060BAC" w:rsidRDefault="00DA47A7">
            <w:pPr>
              <w:rPr>
                <w:sz w:val="16"/>
                <w:lang w:val="en-CA"/>
              </w:rPr>
            </w:pPr>
            <w:r>
              <w:rPr>
                <w:sz w:val="16"/>
              </w:rPr>
              <w:t xml:space="preserve">Mental Health and Wellness </w:t>
            </w:r>
            <w:r w:rsidR="003E44D7">
              <w:rPr>
                <w:sz w:val="16"/>
              </w:rPr>
              <w:t xml:space="preserve">&amp; </w:t>
            </w:r>
            <w:r w:rsidR="003E44D7" w:rsidRPr="0047452E">
              <w:rPr>
                <w:sz w:val="16"/>
                <w:lang w:val="en-CA"/>
              </w:rPr>
              <w:t>Ska-Be</w:t>
            </w:r>
            <w:r w:rsidR="003E44D7">
              <w:rPr>
                <w:sz w:val="16"/>
                <w:lang w:val="en-CA"/>
              </w:rPr>
              <w:t xml:space="preserve"> – Supporting Elderly women</w:t>
            </w:r>
          </w:p>
        </w:tc>
        <w:tc>
          <w:tcPr>
            <w:tcW w:w="3424" w:type="dxa"/>
          </w:tcPr>
          <w:p w14:paraId="2ED47E41" w14:textId="5934A840" w:rsidR="00DA47A7" w:rsidRDefault="00DA47A7">
            <w:pPr>
              <w:rPr>
                <w:sz w:val="16"/>
              </w:rPr>
            </w:pPr>
            <w:r w:rsidRPr="00DA47A7">
              <w:rPr>
                <w:sz w:val="16"/>
              </w:rPr>
              <w:t>1-800-667-0816</w:t>
            </w:r>
          </w:p>
        </w:tc>
        <w:tc>
          <w:tcPr>
            <w:tcW w:w="3960" w:type="dxa"/>
          </w:tcPr>
          <w:p w14:paraId="28FC470D" w14:textId="0C3047B4" w:rsidR="00DA47A7" w:rsidRDefault="007D1BD6">
            <w:pPr>
              <w:rPr>
                <w:sz w:val="16"/>
              </w:rPr>
            </w:pPr>
            <w:r>
              <w:rPr>
                <w:sz w:val="16"/>
              </w:rPr>
              <w:t>Thunder Bay, ON</w:t>
            </w:r>
          </w:p>
        </w:tc>
      </w:tr>
      <w:tr w:rsidR="00F80297" w14:paraId="303AF510" w14:textId="77777777" w:rsidTr="00F80297">
        <w:trPr>
          <w:trHeight w:val="436"/>
          <w:jc w:val="center"/>
        </w:trPr>
        <w:tc>
          <w:tcPr>
            <w:tcW w:w="3550" w:type="dxa"/>
          </w:tcPr>
          <w:p w14:paraId="68B6D5A1" w14:textId="77777777" w:rsidR="002E6B89" w:rsidRPr="002E6B89" w:rsidRDefault="002E6B89" w:rsidP="002E6B89">
            <w:pPr>
              <w:rPr>
                <w:sz w:val="16"/>
                <w:lang w:val="en-CA"/>
              </w:rPr>
            </w:pPr>
            <w:r w:rsidRPr="002E6B89">
              <w:rPr>
                <w:sz w:val="16"/>
                <w:lang w:val="en-CA"/>
              </w:rPr>
              <w:t>Talk 4 Healing: Support for Indigenous Women</w:t>
            </w:r>
          </w:p>
          <w:p w14:paraId="1E1BE4E5" w14:textId="77777777" w:rsidR="00F80297" w:rsidRPr="00DA47A7" w:rsidRDefault="00F80297" w:rsidP="003E44D7">
            <w:pPr>
              <w:rPr>
                <w:sz w:val="16"/>
              </w:rPr>
            </w:pPr>
          </w:p>
        </w:tc>
        <w:tc>
          <w:tcPr>
            <w:tcW w:w="3258" w:type="dxa"/>
          </w:tcPr>
          <w:p w14:paraId="2F28E6C1" w14:textId="48B8BF92" w:rsidR="00F80297" w:rsidRDefault="0044002A">
            <w:pPr>
              <w:rPr>
                <w:sz w:val="16"/>
              </w:rPr>
            </w:pPr>
            <w:r>
              <w:rPr>
                <w:sz w:val="16"/>
              </w:rPr>
              <w:t xml:space="preserve">Crisis Line </w:t>
            </w:r>
          </w:p>
        </w:tc>
        <w:tc>
          <w:tcPr>
            <w:tcW w:w="3424" w:type="dxa"/>
          </w:tcPr>
          <w:p w14:paraId="4F29517B" w14:textId="62253136" w:rsidR="00F80297" w:rsidRPr="00DA47A7" w:rsidRDefault="006A55F6">
            <w:pPr>
              <w:rPr>
                <w:sz w:val="16"/>
              </w:rPr>
            </w:pPr>
            <w:r w:rsidRPr="006A55F6">
              <w:rPr>
                <w:sz w:val="16"/>
              </w:rPr>
              <w:t>1-855-544-</w:t>
            </w:r>
            <w:r w:rsidR="0044002A">
              <w:rPr>
                <w:sz w:val="16"/>
              </w:rPr>
              <w:t>4325</w:t>
            </w:r>
            <w:r w:rsidRPr="006A55F6">
              <w:rPr>
                <w:sz w:val="16"/>
              </w:rPr>
              <w:t xml:space="preserve"> </w:t>
            </w:r>
          </w:p>
        </w:tc>
        <w:tc>
          <w:tcPr>
            <w:tcW w:w="3960" w:type="dxa"/>
          </w:tcPr>
          <w:p w14:paraId="7F27AD94" w14:textId="456FF00E" w:rsidR="00F80297" w:rsidRDefault="00DE3678">
            <w:pPr>
              <w:rPr>
                <w:sz w:val="16"/>
              </w:rPr>
            </w:pPr>
            <w:r w:rsidRPr="00DE3678">
              <w:rPr>
                <w:sz w:val="16"/>
              </w:rPr>
              <w:t>Services available in English &amp; Anishinaabemowin. Toll Free, call or text</w:t>
            </w:r>
          </w:p>
        </w:tc>
      </w:tr>
      <w:tr w:rsidR="00A67158" w14:paraId="030ED12B" w14:textId="77777777" w:rsidTr="00F80297">
        <w:trPr>
          <w:trHeight w:val="436"/>
          <w:jc w:val="center"/>
        </w:trPr>
        <w:tc>
          <w:tcPr>
            <w:tcW w:w="3550" w:type="dxa"/>
          </w:tcPr>
          <w:p w14:paraId="445194F5" w14:textId="491F87E9" w:rsidR="00A67158" w:rsidRPr="002E6B89" w:rsidRDefault="00A67158" w:rsidP="002E6B89">
            <w:pPr>
              <w:rPr>
                <w:sz w:val="16"/>
                <w:lang w:val="en-CA"/>
              </w:rPr>
            </w:pPr>
            <w:r>
              <w:rPr>
                <w:sz w:val="16"/>
                <w:lang w:val="en-CA"/>
              </w:rPr>
              <w:t>Timmins &amp; Area – Women in Crisis</w:t>
            </w:r>
          </w:p>
        </w:tc>
        <w:tc>
          <w:tcPr>
            <w:tcW w:w="3258" w:type="dxa"/>
          </w:tcPr>
          <w:p w14:paraId="08CC4DF4" w14:textId="7D8E83BD" w:rsidR="00A67158" w:rsidRPr="00522F95" w:rsidRDefault="00522F95">
            <w:pPr>
              <w:rPr>
                <w:sz w:val="16"/>
              </w:rPr>
            </w:pPr>
            <w:r w:rsidRPr="00522F95">
              <w:rPr>
                <w:sz w:val="16"/>
              </w:rPr>
              <w:t>Sexual Assault Centre</w:t>
            </w:r>
            <w:r w:rsidRPr="00522F95">
              <w:rPr>
                <w:sz w:val="16"/>
              </w:rPr>
              <w:t xml:space="preserve"> - </w:t>
            </w:r>
            <w:r w:rsidRPr="00522F95">
              <w:rPr>
                <w:sz w:val="16"/>
              </w:rPr>
              <w:t>24-hour Crisis Line</w:t>
            </w:r>
          </w:p>
        </w:tc>
        <w:tc>
          <w:tcPr>
            <w:tcW w:w="3424" w:type="dxa"/>
          </w:tcPr>
          <w:p w14:paraId="692BEB49" w14:textId="77777777" w:rsidR="00522F95" w:rsidRPr="00522F95" w:rsidRDefault="00522F95" w:rsidP="00522F95">
            <w:pPr>
              <w:rPr>
                <w:sz w:val="16"/>
                <w:lang w:val="en-CA"/>
              </w:rPr>
            </w:pPr>
            <w:r w:rsidRPr="00522F95">
              <w:rPr>
                <w:sz w:val="16"/>
                <w:lang w:val="en-CA"/>
              </w:rPr>
              <w:t>705-268-8380</w:t>
            </w:r>
          </w:p>
          <w:p w14:paraId="20D7400A" w14:textId="77777777" w:rsidR="00A67158" w:rsidRPr="00522F95" w:rsidRDefault="00A67158">
            <w:pPr>
              <w:rPr>
                <w:sz w:val="16"/>
              </w:rPr>
            </w:pPr>
          </w:p>
        </w:tc>
        <w:tc>
          <w:tcPr>
            <w:tcW w:w="3960" w:type="dxa"/>
          </w:tcPr>
          <w:p w14:paraId="7CC09486" w14:textId="0E2246DA" w:rsidR="00A67158" w:rsidRPr="00DE3678" w:rsidRDefault="00E62B92">
            <w:pPr>
              <w:rPr>
                <w:sz w:val="16"/>
              </w:rPr>
            </w:pPr>
            <w:r>
              <w:rPr>
                <w:sz w:val="16"/>
              </w:rPr>
              <w:t xml:space="preserve">Timmins </w:t>
            </w:r>
          </w:p>
        </w:tc>
      </w:tr>
    </w:tbl>
    <w:p w14:paraId="0EB3EC96" w14:textId="77777777" w:rsidR="00304639" w:rsidRDefault="00304639"/>
    <w:p w14:paraId="2787F31C" w14:textId="77777777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Two-Spirit / LGBTQ+ Supports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312"/>
        <w:gridCol w:w="3456"/>
        <w:gridCol w:w="4032"/>
      </w:tblGrid>
      <w:tr w:rsidR="00304639" w14:paraId="454D922F" w14:textId="77777777">
        <w:trPr>
          <w:tblHeader/>
          <w:jc w:val="center"/>
        </w:trPr>
        <w:tc>
          <w:tcPr>
            <w:tcW w:w="3600" w:type="dxa"/>
            <w:shd w:val="clear" w:color="auto" w:fill="D9EAD3"/>
          </w:tcPr>
          <w:p w14:paraId="258650FD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3312" w:type="dxa"/>
            <w:shd w:val="clear" w:color="auto" w:fill="D9EAD3"/>
          </w:tcPr>
          <w:p w14:paraId="2CDDCF41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3456" w:type="dxa"/>
            <w:shd w:val="clear" w:color="auto" w:fill="D9EAD3"/>
          </w:tcPr>
          <w:p w14:paraId="5464C62E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4032" w:type="dxa"/>
            <w:shd w:val="clear" w:color="auto" w:fill="D9EAD3"/>
          </w:tcPr>
          <w:p w14:paraId="3913BD2F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78312B61" w14:textId="77777777">
        <w:trPr>
          <w:jc w:val="center"/>
        </w:trPr>
        <w:tc>
          <w:tcPr>
            <w:tcW w:w="3600" w:type="dxa"/>
          </w:tcPr>
          <w:p w14:paraId="4BEDF44F" w14:textId="77777777" w:rsidR="00304639" w:rsidRDefault="00947761">
            <w:r>
              <w:rPr>
                <w:sz w:val="16"/>
              </w:rPr>
              <w:t>LGBT YouthLine</w:t>
            </w:r>
          </w:p>
        </w:tc>
        <w:tc>
          <w:tcPr>
            <w:tcW w:w="3312" w:type="dxa"/>
          </w:tcPr>
          <w:p w14:paraId="02C24F5F" w14:textId="77777777" w:rsidR="00304639" w:rsidRDefault="00947761">
            <w:r>
              <w:rPr>
                <w:sz w:val="16"/>
              </w:rPr>
              <w:t>Peer Support</w:t>
            </w:r>
          </w:p>
        </w:tc>
        <w:tc>
          <w:tcPr>
            <w:tcW w:w="3456" w:type="dxa"/>
          </w:tcPr>
          <w:p w14:paraId="736BACBA" w14:textId="77777777" w:rsidR="00304639" w:rsidRDefault="00947761">
            <w:r>
              <w:rPr>
                <w:sz w:val="16"/>
              </w:rPr>
              <w:t>647-694-4275</w:t>
            </w:r>
          </w:p>
        </w:tc>
        <w:tc>
          <w:tcPr>
            <w:tcW w:w="4032" w:type="dxa"/>
          </w:tcPr>
          <w:p w14:paraId="04CE44C7" w14:textId="77777777" w:rsidR="00304639" w:rsidRDefault="00947761">
            <w:r>
              <w:rPr>
                <w:sz w:val="16"/>
              </w:rPr>
              <w:t>Youth peer support</w:t>
            </w:r>
          </w:p>
        </w:tc>
      </w:tr>
      <w:tr w:rsidR="00304639" w14:paraId="4C278EC1" w14:textId="77777777">
        <w:trPr>
          <w:jc w:val="center"/>
        </w:trPr>
        <w:tc>
          <w:tcPr>
            <w:tcW w:w="3600" w:type="dxa"/>
          </w:tcPr>
          <w:p w14:paraId="115A2512" w14:textId="77777777" w:rsidR="00304639" w:rsidRDefault="00947761">
            <w:proofErr w:type="gramStart"/>
            <w:r>
              <w:rPr>
                <w:sz w:val="16"/>
              </w:rPr>
              <w:t>Kids</w:t>
            </w:r>
            <w:proofErr w:type="gramEnd"/>
            <w:r>
              <w:rPr>
                <w:sz w:val="16"/>
              </w:rPr>
              <w:t xml:space="preserve"> Help Phone</w:t>
            </w:r>
          </w:p>
        </w:tc>
        <w:tc>
          <w:tcPr>
            <w:tcW w:w="3312" w:type="dxa"/>
          </w:tcPr>
          <w:p w14:paraId="4A4CEEB1" w14:textId="77777777" w:rsidR="00304639" w:rsidRDefault="00947761">
            <w:r>
              <w:rPr>
                <w:sz w:val="16"/>
              </w:rPr>
              <w:t>Inclusive Youth Support</w:t>
            </w:r>
          </w:p>
        </w:tc>
        <w:tc>
          <w:tcPr>
            <w:tcW w:w="3456" w:type="dxa"/>
          </w:tcPr>
          <w:p w14:paraId="046DDD43" w14:textId="77777777" w:rsidR="00304639" w:rsidRDefault="00947761">
            <w:r>
              <w:rPr>
                <w:sz w:val="16"/>
              </w:rPr>
              <w:t>1-800-668-6868</w:t>
            </w:r>
          </w:p>
        </w:tc>
        <w:tc>
          <w:tcPr>
            <w:tcW w:w="4032" w:type="dxa"/>
          </w:tcPr>
          <w:p w14:paraId="05CE0878" w14:textId="77777777" w:rsidR="00304639" w:rsidRDefault="00947761">
            <w:r>
              <w:rPr>
                <w:sz w:val="16"/>
              </w:rPr>
              <w:t>Safe support for youth</w:t>
            </w:r>
          </w:p>
        </w:tc>
      </w:tr>
      <w:tr w:rsidR="00304639" w14:paraId="4CD9060E" w14:textId="77777777">
        <w:trPr>
          <w:jc w:val="center"/>
        </w:trPr>
        <w:tc>
          <w:tcPr>
            <w:tcW w:w="3600" w:type="dxa"/>
          </w:tcPr>
          <w:p w14:paraId="249C4D91" w14:textId="77777777" w:rsidR="00304639" w:rsidRDefault="00947761">
            <w:r>
              <w:rPr>
                <w:sz w:val="16"/>
              </w:rPr>
              <w:t>Local Friendship Centres</w:t>
            </w:r>
          </w:p>
        </w:tc>
        <w:tc>
          <w:tcPr>
            <w:tcW w:w="3312" w:type="dxa"/>
          </w:tcPr>
          <w:p w14:paraId="1B588A25" w14:textId="77777777" w:rsidR="00304639" w:rsidRDefault="00947761">
            <w:r>
              <w:rPr>
                <w:sz w:val="16"/>
              </w:rPr>
              <w:t>Community Support</w:t>
            </w:r>
          </w:p>
        </w:tc>
        <w:tc>
          <w:tcPr>
            <w:tcW w:w="3456" w:type="dxa"/>
          </w:tcPr>
          <w:p w14:paraId="2EB87872" w14:textId="7D4FF1BB" w:rsidR="00304639" w:rsidRDefault="00947761">
            <w:r>
              <w:rPr>
                <w:sz w:val="16"/>
              </w:rPr>
              <w:t>Local contact</w:t>
            </w:r>
            <w:r w:rsidR="00DE02CC">
              <w:rPr>
                <w:sz w:val="16"/>
              </w:rPr>
              <w:t xml:space="preserve"> in Thunder Bay, Sioux Lookout and </w:t>
            </w:r>
            <w:r w:rsidR="00721F6F">
              <w:rPr>
                <w:sz w:val="16"/>
              </w:rPr>
              <w:t xml:space="preserve">Kenora. </w:t>
            </w:r>
          </w:p>
        </w:tc>
        <w:tc>
          <w:tcPr>
            <w:tcW w:w="4032" w:type="dxa"/>
          </w:tcPr>
          <w:p w14:paraId="75F1806F" w14:textId="77777777" w:rsidR="00304639" w:rsidRDefault="00947761">
            <w:r>
              <w:rPr>
                <w:sz w:val="16"/>
              </w:rPr>
              <w:t>Often offer Two-Spirit safe spaces</w:t>
            </w:r>
          </w:p>
        </w:tc>
      </w:tr>
      <w:tr w:rsidR="008449A8" w14:paraId="31ECAEDE" w14:textId="77777777">
        <w:trPr>
          <w:jc w:val="center"/>
        </w:trPr>
        <w:tc>
          <w:tcPr>
            <w:tcW w:w="3600" w:type="dxa"/>
          </w:tcPr>
          <w:p w14:paraId="11325629" w14:textId="38079884" w:rsidR="008449A8" w:rsidRDefault="008449A8">
            <w:pPr>
              <w:rPr>
                <w:sz w:val="16"/>
              </w:rPr>
            </w:pPr>
            <w:r>
              <w:rPr>
                <w:sz w:val="16"/>
              </w:rPr>
              <w:t xml:space="preserve">Call Cousin Support Line </w:t>
            </w:r>
          </w:p>
        </w:tc>
        <w:tc>
          <w:tcPr>
            <w:tcW w:w="3312" w:type="dxa"/>
          </w:tcPr>
          <w:p w14:paraId="53202C53" w14:textId="3CC85CA3" w:rsidR="008449A8" w:rsidRDefault="00594506">
            <w:pPr>
              <w:rPr>
                <w:sz w:val="16"/>
              </w:rPr>
            </w:pPr>
            <w:r>
              <w:rPr>
                <w:sz w:val="16"/>
              </w:rPr>
              <w:t xml:space="preserve">2-spirit &amp; </w:t>
            </w:r>
            <w:r w:rsidR="00DC1F1A">
              <w:rPr>
                <w:sz w:val="16"/>
              </w:rPr>
              <w:t>Indigenous Community wellness support</w:t>
            </w:r>
          </w:p>
        </w:tc>
        <w:tc>
          <w:tcPr>
            <w:tcW w:w="3456" w:type="dxa"/>
          </w:tcPr>
          <w:p w14:paraId="1451464B" w14:textId="041804F8" w:rsidR="008449A8" w:rsidRDefault="00121242">
            <w:pPr>
              <w:rPr>
                <w:sz w:val="16"/>
              </w:rPr>
            </w:pPr>
            <w:r>
              <w:rPr>
                <w:sz w:val="16"/>
              </w:rPr>
              <w:t>(249) 622-3746</w:t>
            </w:r>
          </w:p>
        </w:tc>
        <w:tc>
          <w:tcPr>
            <w:tcW w:w="4032" w:type="dxa"/>
          </w:tcPr>
          <w:p w14:paraId="0D02726E" w14:textId="3DFA8117" w:rsidR="008449A8" w:rsidRDefault="00121242">
            <w:pPr>
              <w:rPr>
                <w:sz w:val="16"/>
              </w:rPr>
            </w:pPr>
            <w:r>
              <w:rPr>
                <w:sz w:val="16"/>
              </w:rPr>
              <w:t>Call or Text – Available Tuesday</w:t>
            </w:r>
            <w:r w:rsidR="00157A96">
              <w:rPr>
                <w:sz w:val="16"/>
              </w:rPr>
              <w:t xml:space="preserve">-Wednesdays </w:t>
            </w:r>
          </w:p>
        </w:tc>
      </w:tr>
    </w:tbl>
    <w:p w14:paraId="3CCA17EF" w14:textId="77777777" w:rsidR="00304639" w:rsidRDefault="00304639"/>
    <w:p w14:paraId="3005054A" w14:textId="77777777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lastRenderedPageBreak/>
        <w:t>Families / Parents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312"/>
        <w:gridCol w:w="3456"/>
        <w:gridCol w:w="4032"/>
      </w:tblGrid>
      <w:tr w:rsidR="00304639" w14:paraId="1BB7BCDC" w14:textId="77777777">
        <w:trPr>
          <w:tblHeader/>
          <w:jc w:val="center"/>
        </w:trPr>
        <w:tc>
          <w:tcPr>
            <w:tcW w:w="3600" w:type="dxa"/>
            <w:shd w:val="clear" w:color="auto" w:fill="D9EAD3"/>
          </w:tcPr>
          <w:p w14:paraId="4BA8BD13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3312" w:type="dxa"/>
            <w:shd w:val="clear" w:color="auto" w:fill="D9EAD3"/>
          </w:tcPr>
          <w:p w14:paraId="236A6FE6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3456" w:type="dxa"/>
            <w:shd w:val="clear" w:color="auto" w:fill="D9EAD3"/>
          </w:tcPr>
          <w:p w14:paraId="455396E8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4032" w:type="dxa"/>
            <w:shd w:val="clear" w:color="auto" w:fill="D9EAD3"/>
          </w:tcPr>
          <w:p w14:paraId="32D11FA5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604B885E" w14:textId="77777777">
        <w:trPr>
          <w:jc w:val="center"/>
        </w:trPr>
        <w:tc>
          <w:tcPr>
            <w:tcW w:w="3600" w:type="dxa"/>
          </w:tcPr>
          <w:p w14:paraId="72D4F512" w14:textId="77777777" w:rsidR="00304639" w:rsidRDefault="00947761">
            <w:r>
              <w:rPr>
                <w:sz w:val="16"/>
              </w:rPr>
              <w:t>Tikinagan Child &amp; Family Services</w:t>
            </w:r>
          </w:p>
        </w:tc>
        <w:tc>
          <w:tcPr>
            <w:tcW w:w="3312" w:type="dxa"/>
          </w:tcPr>
          <w:p w14:paraId="6ECAB9BC" w14:textId="77777777" w:rsidR="00304639" w:rsidRDefault="00947761">
            <w:r>
              <w:rPr>
                <w:sz w:val="16"/>
              </w:rPr>
              <w:t>Child and Family Services</w:t>
            </w:r>
          </w:p>
        </w:tc>
        <w:tc>
          <w:tcPr>
            <w:tcW w:w="3456" w:type="dxa"/>
          </w:tcPr>
          <w:p w14:paraId="7244476C" w14:textId="77777777" w:rsidR="00304639" w:rsidRDefault="00947761">
            <w:r>
              <w:rPr>
                <w:sz w:val="16"/>
              </w:rPr>
              <w:t>(807) 737-3466</w:t>
            </w:r>
          </w:p>
        </w:tc>
        <w:tc>
          <w:tcPr>
            <w:tcW w:w="4032" w:type="dxa"/>
          </w:tcPr>
          <w:p w14:paraId="4074EA41" w14:textId="77777777" w:rsidR="00304639" w:rsidRDefault="00947761">
            <w:r>
              <w:rPr>
                <w:sz w:val="16"/>
              </w:rPr>
              <w:t>Northwestern Ontario</w:t>
            </w:r>
          </w:p>
        </w:tc>
      </w:tr>
      <w:tr w:rsidR="00304639" w14:paraId="4DCE9EBA" w14:textId="77777777">
        <w:trPr>
          <w:jc w:val="center"/>
        </w:trPr>
        <w:tc>
          <w:tcPr>
            <w:tcW w:w="3600" w:type="dxa"/>
          </w:tcPr>
          <w:p w14:paraId="4CBB664C" w14:textId="77777777" w:rsidR="00304639" w:rsidRDefault="00947761">
            <w:r>
              <w:rPr>
                <w:sz w:val="16"/>
              </w:rPr>
              <w:t>Payukotayno Family Services</w:t>
            </w:r>
          </w:p>
        </w:tc>
        <w:tc>
          <w:tcPr>
            <w:tcW w:w="3312" w:type="dxa"/>
          </w:tcPr>
          <w:p w14:paraId="4C505DE1" w14:textId="77777777" w:rsidR="00304639" w:rsidRDefault="00947761">
            <w:r>
              <w:rPr>
                <w:sz w:val="16"/>
              </w:rPr>
              <w:t>Child and Family Wellness</w:t>
            </w:r>
          </w:p>
        </w:tc>
        <w:tc>
          <w:tcPr>
            <w:tcW w:w="3456" w:type="dxa"/>
          </w:tcPr>
          <w:p w14:paraId="422E6CA3" w14:textId="77777777" w:rsidR="00304639" w:rsidRDefault="00947761">
            <w:r>
              <w:rPr>
                <w:sz w:val="16"/>
              </w:rPr>
              <w:t>(705) 336-2229</w:t>
            </w:r>
          </w:p>
        </w:tc>
        <w:tc>
          <w:tcPr>
            <w:tcW w:w="4032" w:type="dxa"/>
          </w:tcPr>
          <w:p w14:paraId="0A0A7246" w14:textId="77777777" w:rsidR="00304639" w:rsidRDefault="00947761">
            <w:r>
              <w:rPr>
                <w:sz w:val="16"/>
              </w:rPr>
              <w:t>James Bay region</w:t>
            </w:r>
          </w:p>
        </w:tc>
      </w:tr>
      <w:tr w:rsidR="00304639" w14:paraId="3D73122A" w14:textId="77777777">
        <w:trPr>
          <w:jc w:val="center"/>
        </w:trPr>
        <w:tc>
          <w:tcPr>
            <w:tcW w:w="3600" w:type="dxa"/>
          </w:tcPr>
          <w:p w14:paraId="0AAC215C" w14:textId="77777777" w:rsidR="00304639" w:rsidRDefault="00947761">
            <w:r>
              <w:rPr>
                <w:sz w:val="16"/>
              </w:rPr>
              <w:t>Parents for Children's Mental Health</w:t>
            </w:r>
          </w:p>
        </w:tc>
        <w:tc>
          <w:tcPr>
            <w:tcW w:w="3312" w:type="dxa"/>
          </w:tcPr>
          <w:p w14:paraId="08888D75" w14:textId="77777777" w:rsidR="00304639" w:rsidRDefault="00947761">
            <w:r>
              <w:rPr>
                <w:sz w:val="16"/>
              </w:rPr>
              <w:t>Parent Peer Support</w:t>
            </w:r>
          </w:p>
        </w:tc>
        <w:tc>
          <w:tcPr>
            <w:tcW w:w="3456" w:type="dxa"/>
          </w:tcPr>
          <w:p w14:paraId="79A77C78" w14:textId="4D14420E" w:rsidR="00304639" w:rsidRDefault="0087028D">
            <w:r w:rsidRPr="0087028D">
              <w:rPr>
                <w:sz w:val="16"/>
              </w:rPr>
              <w:t>1</w:t>
            </w:r>
            <w:r>
              <w:rPr>
                <w:sz w:val="16"/>
              </w:rPr>
              <w:t xml:space="preserve"> </w:t>
            </w:r>
            <w:r w:rsidRPr="0087028D">
              <w:rPr>
                <w:sz w:val="16"/>
              </w:rPr>
              <w:t>833</w:t>
            </w:r>
            <w:r>
              <w:rPr>
                <w:sz w:val="16"/>
              </w:rPr>
              <w:t xml:space="preserve"> </w:t>
            </w:r>
            <w:r w:rsidRPr="0087028D">
              <w:rPr>
                <w:sz w:val="16"/>
              </w:rPr>
              <w:t>416</w:t>
            </w:r>
            <w:r>
              <w:rPr>
                <w:sz w:val="16"/>
              </w:rPr>
              <w:t>-</w:t>
            </w:r>
            <w:r w:rsidRPr="0087028D">
              <w:rPr>
                <w:sz w:val="16"/>
              </w:rPr>
              <w:t>2273</w:t>
            </w:r>
          </w:p>
        </w:tc>
        <w:tc>
          <w:tcPr>
            <w:tcW w:w="4032" w:type="dxa"/>
          </w:tcPr>
          <w:p w14:paraId="295F05ED" w14:textId="77777777" w:rsidR="00304639" w:rsidRDefault="00947761">
            <w:r>
              <w:rPr>
                <w:sz w:val="16"/>
              </w:rPr>
              <w:t>Parent support</w:t>
            </w:r>
          </w:p>
        </w:tc>
      </w:tr>
      <w:tr w:rsidR="00304639" w14:paraId="18A4C56B" w14:textId="77777777">
        <w:trPr>
          <w:jc w:val="center"/>
        </w:trPr>
        <w:tc>
          <w:tcPr>
            <w:tcW w:w="3600" w:type="dxa"/>
          </w:tcPr>
          <w:p w14:paraId="028CB086" w14:textId="77777777" w:rsidR="00304639" w:rsidRDefault="00947761">
            <w:r>
              <w:rPr>
                <w:sz w:val="16"/>
              </w:rPr>
              <w:t>Hands - Family Help Network</w:t>
            </w:r>
          </w:p>
        </w:tc>
        <w:tc>
          <w:tcPr>
            <w:tcW w:w="3312" w:type="dxa"/>
          </w:tcPr>
          <w:p w14:paraId="6A5CC14B" w14:textId="77777777" w:rsidR="00304639" w:rsidRDefault="00947761">
            <w:r>
              <w:rPr>
                <w:sz w:val="16"/>
              </w:rPr>
              <w:t>Family Counselling</w:t>
            </w:r>
          </w:p>
        </w:tc>
        <w:tc>
          <w:tcPr>
            <w:tcW w:w="3456" w:type="dxa"/>
          </w:tcPr>
          <w:p w14:paraId="0370586F" w14:textId="77777777" w:rsidR="00304639" w:rsidRDefault="00947761">
            <w:r>
              <w:rPr>
                <w:sz w:val="16"/>
              </w:rPr>
              <w:t>1-844-287-9072</w:t>
            </w:r>
          </w:p>
        </w:tc>
        <w:tc>
          <w:tcPr>
            <w:tcW w:w="4032" w:type="dxa"/>
          </w:tcPr>
          <w:p w14:paraId="07FD39F3" w14:textId="77777777" w:rsidR="00304639" w:rsidRDefault="00947761">
            <w:r>
              <w:rPr>
                <w:sz w:val="16"/>
              </w:rPr>
              <w:t>Counselling and referrals</w:t>
            </w:r>
          </w:p>
        </w:tc>
      </w:tr>
      <w:tr w:rsidR="008D383D" w14:paraId="192A79F9" w14:textId="77777777" w:rsidTr="000F22EF">
        <w:trPr>
          <w:trHeight w:val="50"/>
          <w:jc w:val="center"/>
        </w:trPr>
        <w:tc>
          <w:tcPr>
            <w:tcW w:w="3600" w:type="dxa"/>
          </w:tcPr>
          <w:p w14:paraId="14AE080D" w14:textId="3C78C798" w:rsidR="008D383D" w:rsidRPr="008D383D" w:rsidRDefault="008D383D">
            <w:pPr>
              <w:rPr>
                <w:sz w:val="16"/>
              </w:rPr>
            </w:pPr>
            <w:r w:rsidRPr="008D383D">
              <w:rPr>
                <w:sz w:val="16"/>
              </w:rPr>
              <w:t>Ontario Caregiver Helpline</w:t>
            </w:r>
          </w:p>
        </w:tc>
        <w:tc>
          <w:tcPr>
            <w:tcW w:w="3312" w:type="dxa"/>
          </w:tcPr>
          <w:p w14:paraId="737799E2" w14:textId="0908353D" w:rsidR="008D383D" w:rsidRDefault="006353AF">
            <w:pPr>
              <w:rPr>
                <w:sz w:val="16"/>
              </w:rPr>
            </w:pPr>
            <w:r w:rsidRPr="006353AF">
              <w:rPr>
                <w:sz w:val="16"/>
              </w:rPr>
              <w:t>Provides caregivers with a one-stop resource for information and support.</w:t>
            </w:r>
          </w:p>
        </w:tc>
        <w:tc>
          <w:tcPr>
            <w:tcW w:w="3456" w:type="dxa"/>
          </w:tcPr>
          <w:p w14:paraId="4E577806" w14:textId="071686C3" w:rsidR="008D383D" w:rsidRPr="006919A5" w:rsidRDefault="006919A5">
            <w:pPr>
              <w:rPr>
                <w:sz w:val="16"/>
              </w:rPr>
            </w:pPr>
            <w:r w:rsidRPr="006919A5">
              <w:rPr>
                <w:sz w:val="16"/>
              </w:rPr>
              <w:t>1-833-416-2273</w:t>
            </w:r>
          </w:p>
        </w:tc>
        <w:tc>
          <w:tcPr>
            <w:tcW w:w="4032" w:type="dxa"/>
          </w:tcPr>
          <w:p w14:paraId="0CA46103" w14:textId="178D874A" w:rsidR="008D383D" w:rsidRPr="000F22EF" w:rsidRDefault="000F22EF">
            <w:pPr>
              <w:rPr>
                <w:sz w:val="16"/>
              </w:rPr>
            </w:pPr>
            <w:hyperlink r:id="rId10" w:history="1">
              <w:r w:rsidRPr="000F22EF">
                <w:rPr>
                  <w:rStyle w:val="Hyperlink"/>
                  <w:sz w:val="16"/>
                </w:rPr>
                <w:t>https://ontariocaregiver.ca/</w:t>
              </w:r>
            </w:hyperlink>
          </w:p>
        </w:tc>
      </w:tr>
      <w:tr w:rsidR="00F446C3" w14:paraId="33781A25" w14:textId="77777777" w:rsidTr="000F22EF">
        <w:trPr>
          <w:trHeight w:val="50"/>
          <w:jc w:val="center"/>
        </w:trPr>
        <w:tc>
          <w:tcPr>
            <w:tcW w:w="3600" w:type="dxa"/>
          </w:tcPr>
          <w:p w14:paraId="7B2AB73D" w14:textId="77777777" w:rsidR="00F446C3" w:rsidRPr="00F446C3" w:rsidRDefault="00F446C3" w:rsidP="00F446C3">
            <w:pPr>
              <w:rPr>
                <w:sz w:val="16"/>
                <w:lang w:val="en-CA"/>
              </w:rPr>
            </w:pPr>
            <w:proofErr w:type="spellStart"/>
            <w:r w:rsidRPr="00F446C3">
              <w:rPr>
                <w:sz w:val="16"/>
                <w:lang w:val="en-CA"/>
              </w:rPr>
              <w:t>Kunuwanimano</w:t>
            </w:r>
            <w:proofErr w:type="spellEnd"/>
            <w:r w:rsidRPr="00F446C3">
              <w:rPr>
                <w:sz w:val="16"/>
                <w:lang w:val="en-CA"/>
              </w:rPr>
              <w:t xml:space="preserve"> Child and Family Services</w:t>
            </w:r>
          </w:p>
          <w:p w14:paraId="7F1D265D" w14:textId="77777777" w:rsidR="00F446C3" w:rsidRPr="008D383D" w:rsidRDefault="00F446C3">
            <w:pPr>
              <w:rPr>
                <w:sz w:val="16"/>
              </w:rPr>
            </w:pPr>
          </w:p>
        </w:tc>
        <w:tc>
          <w:tcPr>
            <w:tcW w:w="3312" w:type="dxa"/>
          </w:tcPr>
          <w:p w14:paraId="1C55C662" w14:textId="22B5FF9D" w:rsidR="00F446C3" w:rsidRPr="006353AF" w:rsidRDefault="007349DB">
            <w:pPr>
              <w:rPr>
                <w:sz w:val="16"/>
              </w:rPr>
            </w:pPr>
            <w:r w:rsidRPr="007349DB">
              <w:rPr>
                <w:sz w:val="16"/>
              </w:rPr>
              <w:t>Provides system navigation services to help connect Indigenous youth </w:t>
            </w:r>
          </w:p>
        </w:tc>
        <w:tc>
          <w:tcPr>
            <w:tcW w:w="3456" w:type="dxa"/>
          </w:tcPr>
          <w:p w14:paraId="21A8562D" w14:textId="5D712D55" w:rsidR="00F446C3" w:rsidRPr="006919A5" w:rsidRDefault="007349DB">
            <w:pPr>
              <w:rPr>
                <w:sz w:val="16"/>
              </w:rPr>
            </w:pPr>
            <w:r w:rsidRPr="007349DB">
              <w:rPr>
                <w:sz w:val="16"/>
              </w:rPr>
              <w:t>705-268-9033 </w:t>
            </w:r>
          </w:p>
        </w:tc>
        <w:tc>
          <w:tcPr>
            <w:tcW w:w="4032" w:type="dxa"/>
          </w:tcPr>
          <w:p w14:paraId="51FEB524" w14:textId="0BDA75B1" w:rsidR="00F446C3" w:rsidRDefault="007349DB">
            <w:r>
              <w:t>Timmins</w:t>
            </w:r>
          </w:p>
        </w:tc>
      </w:tr>
    </w:tbl>
    <w:p w14:paraId="04365ECF" w14:textId="77777777" w:rsidR="00304639" w:rsidRDefault="00304639"/>
    <w:p w14:paraId="34DFE2DF" w14:textId="77777777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Addictions and Treatment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312"/>
        <w:gridCol w:w="3456"/>
        <w:gridCol w:w="4032"/>
      </w:tblGrid>
      <w:tr w:rsidR="00304639" w14:paraId="5518C9ED" w14:textId="77777777">
        <w:trPr>
          <w:tblHeader/>
          <w:jc w:val="center"/>
        </w:trPr>
        <w:tc>
          <w:tcPr>
            <w:tcW w:w="3600" w:type="dxa"/>
            <w:shd w:val="clear" w:color="auto" w:fill="D9EAD3"/>
          </w:tcPr>
          <w:p w14:paraId="0C0F5D48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3312" w:type="dxa"/>
            <w:shd w:val="clear" w:color="auto" w:fill="D9EAD3"/>
          </w:tcPr>
          <w:p w14:paraId="447A4595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3456" w:type="dxa"/>
            <w:shd w:val="clear" w:color="auto" w:fill="D9EAD3"/>
          </w:tcPr>
          <w:p w14:paraId="21CC4856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4032" w:type="dxa"/>
            <w:shd w:val="clear" w:color="auto" w:fill="D9EAD3"/>
          </w:tcPr>
          <w:p w14:paraId="34FFD19A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01C74F24" w14:textId="77777777">
        <w:trPr>
          <w:jc w:val="center"/>
        </w:trPr>
        <w:tc>
          <w:tcPr>
            <w:tcW w:w="3600" w:type="dxa"/>
          </w:tcPr>
          <w:p w14:paraId="33075FCA" w14:textId="77777777" w:rsidR="00304639" w:rsidRDefault="00947761">
            <w:r>
              <w:rPr>
                <w:sz w:val="16"/>
              </w:rPr>
              <w:t>Ka-Na-Chi-Hih Treatment Centre</w:t>
            </w:r>
          </w:p>
        </w:tc>
        <w:tc>
          <w:tcPr>
            <w:tcW w:w="3312" w:type="dxa"/>
          </w:tcPr>
          <w:p w14:paraId="3CF2A84B" w14:textId="77777777" w:rsidR="00304639" w:rsidRDefault="00947761">
            <w:r>
              <w:rPr>
                <w:sz w:val="16"/>
              </w:rPr>
              <w:t>Addictions Treatment</w:t>
            </w:r>
          </w:p>
        </w:tc>
        <w:tc>
          <w:tcPr>
            <w:tcW w:w="3456" w:type="dxa"/>
          </w:tcPr>
          <w:p w14:paraId="442F0BE7" w14:textId="77777777" w:rsidR="00304639" w:rsidRDefault="00947761">
            <w:r>
              <w:rPr>
                <w:sz w:val="16"/>
              </w:rPr>
              <w:t>(807) 623-5577</w:t>
            </w:r>
          </w:p>
        </w:tc>
        <w:tc>
          <w:tcPr>
            <w:tcW w:w="4032" w:type="dxa"/>
          </w:tcPr>
          <w:p w14:paraId="5BE881C5" w14:textId="77777777" w:rsidR="00304639" w:rsidRDefault="00947761">
            <w:r>
              <w:rPr>
                <w:sz w:val="16"/>
              </w:rPr>
              <w:t>Indigenous treatment support</w:t>
            </w:r>
          </w:p>
        </w:tc>
      </w:tr>
      <w:tr w:rsidR="00304639" w14:paraId="3C299455" w14:textId="77777777">
        <w:trPr>
          <w:jc w:val="center"/>
        </w:trPr>
        <w:tc>
          <w:tcPr>
            <w:tcW w:w="3600" w:type="dxa"/>
          </w:tcPr>
          <w:p w14:paraId="5633D31F" w14:textId="719EA5E6" w:rsidR="00304639" w:rsidRDefault="0087028D">
            <w:r w:rsidRPr="0087028D">
              <w:rPr>
                <w:sz w:val="16"/>
              </w:rPr>
              <w:t xml:space="preserve">OATC Sioux Lookout Clinic </w:t>
            </w:r>
          </w:p>
        </w:tc>
        <w:tc>
          <w:tcPr>
            <w:tcW w:w="3312" w:type="dxa"/>
          </w:tcPr>
          <w:p w14:paraId="1D372B33" w14:textId="77777777" w:rsidR="00304639" w:rsidRDefault="00947761">
            <w:r>
              <w:rPr>
                <w:sz w:val="16"/>
              </w:rPr>
              <w:t>Addictions Support</w:t>
            </w:r>
          </w:p>
        </w:tc>
        <w:tc>
          <w:tcPr>
            <w:tcW w:w="3456" w:type="dxa"/>
          </w:tcPr>
          <w:p w14:paraId="68811353" w14:textId="2E600E55" w:rsidR="00304639" w:rsidRDefault="00F32ADD">
            <w:r w:rsidRPr="00F32ADD">
              <w:rPr>
                <w:sz w:val="16"/>
              </w:rPr>
              <w:t>(807) 737-2200</w:t>
            </w:r>
          </w:p>
        </w:tc>
        <w:tc>
          <w:tcPr>
            <w:tcW w:w="4032" w:type="dxa"/>
          </w:tcPr>
          <w:p w14:paraId="3ACF4227" w14:textId="13D4C1F1" w:rsidR="00304639" w:rsidRDefault="00F32ADD">
            <w:r>
              <w:rPr>
                <w:sz w:val="16"/>
              </w:rPr>
              <w:t xml:space="preserve">Sioux Lookout </w:t>
            </w:r>
          </w:p>
        </w:tc>
      </w:tr>
      <w:tr w:rsidR="00304639" w14:paraId="3763146C" w14:textId="77777777">
        <w:trPr>
          <w:jc w:val="center"/>
        </w:trPr>
        <w:tc>
          <w:tcPr>
            <w:tcW w:w="3600" w:type="dxa"/>
          </w:tcPr>
          <w:p w14:paraId="222C4344" w14:textId="77777777" w:rsidR="00304639" w:rsidRDefault="00947761">
            <w:r>
              <w:rPr>
                <w:sz w:val="16"/>
              </w:rPr>
              <w:t>Ontario Addiction Treatment Centres</w:t>
            </w:r>
          </w:p>
        </w:tc>
        <w:tc>
          <w:tcPr>
            <w:tcW w:w="3312" w:type="dxa"/>
          </w:tcPr>
          <w:p w14:paraId="171D5EFF" w14:textId="77777777" w:rsidR="00304639" w:rsidRDefault="00947761">
            <w:r>
              <w:rPr>
                <w:sz w:val="16"/>
              </w:rPr>
              <w:t>Addictions Services</w:t>
            </w:r>
          </w:p>
        </w:tc>
        <w:tc>
          <w:tcPr>
            <w:tcW w:w="3456" w:type="dxa"/>
          </w:tcPr>
          <w:p w14:paraId="5CD22790" w14:textId="77777777" w:rsidR="00304639" w:rsidRDefault="00947761">
            <w:r>
              <w:rPr>
                <w:sz w:val="16"/>
              </w:rPr>
              <w:t>1-877-937-2282</w:t>
            </w:r>
          </w:p>
        </w:tc>
        <w:tc>
          <w:tcPr>
            <w:tcW w:w="4032" w:type="dxa"/>
          </w:tcPr>
          <w:p w14:paraId="0544B1BB" w14:textId="77777777" w:rsidR="00304639" w:rsidRDefault="00947761">
            <w:r>
              <w:rPr>
                <w:sz w:val="16"/>
              </w:rPr>
              <w:t>Provincial access</w:t>
            </w:r>
          </w:p>
        </w:tc>
      </w:tr>
      <w:tr w:rsidR="00304639" w14:paraId="43CEDFB7" w14:textId="77777777">
        <w:trPr>
          <w:jc w:val="center"/>
        </w:trPr>
        <w:tc>
          <w:tcPr>
            <w:tcW w:w="3600" w:type="dxa"/>
          </w:tcPr>
          <w:p w14:paraId="6F1343A1" w14:textId="77777777" w:rsidR="00304639" w:rsidRDefault="00947761">
            <w:r>
              <w:rPr>
                <w:sz w:val="16"/>
              </w:rPr>
              <w:t>Smooth Rock Falls Detox</w:t>
            </w:r>
          </w:p>
        </w:tc>
        <w:tc>
          <w:tcPr>
            <w:tcW w:w="3312" w:type="dxa"/>
          </w:tcPr>
          <w:p w14:paraId="511673DE" w14:textId="77777777" w:rsidR="00304639" w:rsidRDefault="00947761">
            <w:r>
              <w:rPr>
                <w:sz w:val="16"/>
              </w:rPr>
              <w:t>Detox Services</w:t>
            </w:r>
          </w:p>
        </w:tc>
        <w:tc>
          <w:tcPr>
            <w:tcW w:w="3456" w:type="dxa"/>
          </w:tcPr>
          <w:p w14:paraId="6567F991" w14:textId="77777777" w:rsidR="00304639" w:rsidRDefault="00947761">
            <w:r>
              <w:rPr>
                <w:sz w:val="16"/>
              </w:rPr>
              <w:t>1-800-787-7951</w:t>
            </w:r>
          </w:p>
        </w:tc>
        <w:tc>
          <w:tcPr>
            <w:tcW w:w="4032" w:type="dxa"/>
          </w:tcPr>
          <w:p w14:paraId="60DE1B6C" w14:textId="77777777" w:rsidR="00304639" w:rsidRDefault="00947761">
            <w:r>
              <w:rPr>
                <w:sz w:val="16"/>
              </w:rPr>
              <w:t>Intake support</w:t>
            </w:r>
          </w:p>
        </w:tc>
      </w:tr>
      <w:tr w:rsidR="00304639" w14:paraId="017704F2" w14:textId="77777777">
        <w:trPr>
          <w:jc w:val="center"/>
        </w:trPr>
        <w:tc>
          <w:tcPr>
            <w:tcW w:w="3600" w:type="dxa"/>
          </w:tcPr>
          <w:p w14:paraId="72695561" w14:textId="77777777" w:rsidR="00304639" w:rsidRDefault="00947761">
            <w:r>
              <w:rPr>
                <w:sz w:val="16"/>
              </w:rPr>
              <w:t>Jubilee Centre</w:t>
            </w:r>
          </w:p>
        </w:tc>
        <w:tc>
          <w:tcPr>
            <w:tcW w:w="3312" w:type="dxa"/>
          </w:tcPr>
          <w:p w14:paraId="4DFD6BA4" w14:textId="77777777" w:rsidR="00304639" w:rsidRDefault="00947761">
            <w:r>
              <w:rPr>
                <w:sz w:val="16"/>
              </w:rPr>
              <w:t>Treatment Services</w:t>
            </w:r>
          </w:p>
        </w:tc>
        <w:tc>
          <w:tcPr>
            <w:tcW w:w="3456" w:type="dxa"/>
          </w:tcPr>
          <w:p w14:paraId="0E1740BB" w14:textId="77777777" w:rsidR="00304639" w:rsidRDefault="00947761">
            <w:r>
              <w:rPr>
                <w:sz w:val="16"/>
              </w:rPr>
              <w:t>(705) 268-2666</w:t>
            </w:r>
          </w:p>
        </w:tc>
        <w:tc>
          <w:tcPr>
            <w:tcW w:w="4032" w:type="dxa"/>
          </w:tcPr>
          <w:p w14:paraId="2D1B0AB8" w14:textId="77777777" w:rsidR="00304639" w:rsidRDefault="00947761">
            <w:r>
              <w:rPr>
                <w:sz w:val="16"/>
              </w:rPr>
              <w:t>Timmins</w:t>
            </w:r>
          </w:p>
        </w:tc>
      </w:tr>
      <w:tr w:rsidR="00F32ADD" w14:paraId="178946BE" w14:textId="77777777">
        <w:trPr>
          <w:jc w:val="center"/>
        </w:trPr>
        <w:tc>
          <w:tcPr>
            <w:tcW w:w="3600" w:type="dxa"/>
          </w:tcPr>
          <w:p w14:paraId="147D1A2D" w14:textId="65D9E5E6" w:rsidR="00F32ADD" w:rsidRPr="00F32ADD" w:rsidRDefault="00F32ADD">
            <w:pPr>
              <w:rPr>
                <w:sz w:val="16"/>
                <w:lang w:val="en-CA"/>
              </w:rPr>
            </w:pPr>
            <w:r w:rsidRPr="00F32ADD">
              <w:rPr>
                <w:sz w:val="16"/>
                <w:lang w:val="en-CA"/>
              </w:rPr>
              <w:t>Thunder Bay RAAM</w:t>
            </w:r>
          </w:p>
        </w:tc>
        <w:tc>
          <w:tcPr>
            <w:tcW w:w="3312" w:type="dxa"/>
          </w:tcPr>
          <w:p w14:paraId="1E61E9BF" w14:textId="1ED55215" w:rsidR="00F32ADD" w:rsidRPr="00F32ADD" w:rsidRDefault="00F32ADD">
            <w:pPr>
              <w:rPr>
                <w:sz w:val="16"/>
                <w:lang w:val="en-CA"/>
              </w:rPr>
            </w:pPr>
            <w:r w:rsidRPr="00F32ADD">
              <w:rPr>
                <w:sz w:val="16"/>
                <w:lang w:val="en-CA"/>
              </w:rPr>
              <w:t>Rapid Access Addiction Medicine Sites</w:t>
            </w:r>
          </w:p>
        </w:tc>
        <w:tc>
          <w:tcPr>
            <w:tcW w:w="3456" w:type="dxa"/>
          </w:tcPr>
          <w:p w14:paraId="2D50FD1C" w14:textId="012C8D5B" w:rsidR="00F32ADD" w:rsidRDefault="00F32ADD">
            <w:pPr>
              <w:rPr>
                <w:sz w:val="16"/>
              </w:rPr>
            </w:pPr>
            <w:r w:rsidRPr="00F32ADD">
              <w:rPr>
                <w:sz w:val="16"/>
              </w:rPr>
              <w:t>(807) 626-8478</w:t>
            </w:r>
          </w:p>
        </w:tc>
        <w:tc>
          <w:tcPr>
            <w:tcW w:w="4032" w:type="dxa"/>
          </w:tcPr>
          <w:p w14:paraId="170AE1E8" w14:textId="486AC565" w:rsidR="00F32ADD" w:rsidRDefault="00F32ADD">
            <w:pPr>
              <w:rPr>
                <w:sz w:val="16"/>
              </w:rPr>
            </w:pPr>
            <w:r>
              <w:rPr>
                <w:sz w:val="16"/>
              </w:rPr>
              <w:t>Thunder Bay</w:t>
            </w:r>
          </w:p>
        </w:tc>
      </w:tr>
      <w:tr w:rsidR="00F801A7" w14:paraId="0054EDC5" w14:textId="77777777">
        <w:trPr>
          <w:jc w:val="center"/>
        </w:trPr>
        <w:tc>
          <w:tcPr>
            <w:tcW w:w="3600" w:type="dxa"/>
          </w:tcPr>
          <w:p w14:paraId="5A43EFD5" w14:textId="0651C345" w:rsidR="00F801A7" w:rsidRPr="00F32ADD" w:rsidRDefault="00F801A7" w:rsidP="00F801A7">
            <w:pPr>
              <w:rPr>
                <w:sz w:val="16"/>
                <w:lang w:val="en-CA"/>
              </w:rPr>
            </w:pPr>
            <w:r>
              <w:rPr>
                <w:sz w:val="16"/>
                <w:lang w:val="en-CA"/>
              </w:rPr>
              <w:t>Sioux Lookout RAAM</w:t>
            </w:r>
          </w:p>
        </w:tc>
        <w:tc>
          <w:tcPr>
            <w:tcW w:w="3312" w:type="dxa"/>
          </w:tcPr>
          <w:p w14:paraId="7B549B96" w14:textId="6D31B182" w:rsidR="00F801A7" w:rsidRPr="00F32ADD" w:rsidRDefault="00F801A7" w:rsidP="00F801A7">
            <w:pPr>
              <w:rPr>
                <w:sz w:val="16"/>
                <w:lang w:val="en-CA"/>
              </w:rPr>
            </w:pPr>
            <w:r w:rsidRPr="00F32ADD">
              <w:rPr>
                <w:sz w:val="16"/>
                <w:lang w:val="en-CA"/>
              </w:rPr>
              <w:t>Rapid Access Addiction Medicine Sites</w:t>
            </w:r>
          </w:p>
        </w:tc>
        <w:tc>
          <w:tcPr>
            <w:tcW w:w="3456" w:type="dxa"/>
          </w:tcPr>
          <w:p w14:paraId="77E1C831" w14:textId="13A29772" w:rsidR="00F801A7" w:rsidRPr="00F32ADD" w:rsidRDefault="00655D1F" w:rsidP="00F801A7">
            <w:pPr>
              <w:rPr>
                <w:sz w:val="16"/>
              </w:rPr>
            </w:pPr>
            <w:r>
              <w:rPr>
                <w:sz w:val="16"/>
              </w:rPr>
              <w:t>(807) 737-1275</w:t>
            </w:r>
          </w:p>
        </w:tc>
        <w:tc>
          <w:tcPr>
            <w:tcW w:w="4032" w:type="dxa"/>
          </w:tcPr>
          <w:p w14:paraId="2BCA0600" w14:textId="0C801867" w:rsidR="00F801A7" w:rsidRDefault="00655D1F" w:rsidP="00F801A7">
            <w:pPr>
              <w:rPr>
                <w:sz w:val="16"/>
              </w:rPr>
            </w:pPr>
            <w:r>
              <w:rPr>
                <w:sz w:val="16"/>
              </w:rPr>
              <w:t>Sioux Lookout</w:t>
            </w:r>
          </w:p>
        </w:tc>
      </w:tr>
      <w:tr w:rsidR="00637502" w14:paraId="50181A92" w14:textId="77777777">
        <w:trPr>
          <w:jc w:val="center"/>
        </w:trPr>
        <w:tc>
          <w:tcPr>
            <w:tcW w:w="3600" w:type="dxa"/>
          </w:tcPr>
          <w:p w14:paraId="49EDCEF2" w14:textId="5EFBBCF0" w:rsidR="00637502" w:rsidRDefault="00637502" w:rsidP="00637502">
            <w:pPr>
              <w:rPr>
                <w:sz w:val="16"/>
                <w:lang w:val="en-CA"/>
              </w:rPr>
            </w:pPr>
            <w:r w:rsidRPr="00637502">
              <w:rPr>
                <w:sz w:val="16"/>
                <w:lang w:val="en-CA"/>
              </w:rPr>
              <w:t>South Cochrane Addiction Services</w:t>
            </w:r>
          </w:p>
        </w:tc>
        <w:tc>
          <w:tcPr>
            <w:tcW w:w="3312" w:type="dxa"/>
          </w:tcPr>
          <w:p w14:paraId="4328E392" w14:textId="78C7D9E7" w:rsidR="00637502" w:rsidRPr="00F32ADD" w:rsidRDefault="004D2CBE" w:rsidP="00F801A7">
            <w:pPr>
              <w:rPr>
                <w:sz w:val="16"/>
                <w:lang w:val="en-CA"/>
              </w:rPr>
            </w:pPr>
            <w:r>
              <w:rPr>
                <w:sz w:val="16"/>
                <w:lang w:val="en-CA"/>
              </w:rPr>
              <w:t xml:space="preserve">Drug and Alcohol Resources </w:t>
            </w:r>
          </w:p>
        </w:tc>
        <w:tc>
          <w:tcPr>
            <w:tcW w:w="3456" w:type="dxa"/>
          </w:tcPr>
          <w:p w14:paraId="12AF20B9" w14:textId="35D6DCD3" w:rsidR="00637502" w:rsidRDefault="004D2CBE" w:rsidP="00F801A7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r w:rsidRPr="004D2CBE">
              <w:rPr>
                <w:sz w:val="16"/>
              </w:rPr>
              <w:t>705) 264-5202</w:t>
            </w:r>
          </w:p>
        </w:tc>
        <w:tc>
          <w:tcPr>
            <w:tcW w:w="4032" w:type="dxa"/>
          </w:tcPr>
          <w:p w14:paraId="63871406" w14:textId="7DF4A1FC" w:rsidR="00637502" w:rsidRDefault="004D2CBE" w:rsidP="00F801A7">
            <w:pPr>
              <w:rPr>
                <w:sz w:val="16"/>
              </w:rPr>
            </w:pPr>
            <w:r>
              <w:rPr>
                <w:sz w:val="16"/>
              </w:rPr>
              <w:t xml:space="preserve">Timmins </w:t>
            </w:r>
          </w:p>
        </w:tc>
      </w:tr>
    </w:tbl>
    <w:p w14:paraId="4E05720F" w14:textId="77777777" w:rsidR="00304639" w:rsidRDefault="00304639"/>
    <w:p w14:paraId="41F5817E" w14:textId="77777777" w:rsidR="00304639" w:rsidRPr="0087028D" w:rsidRDefault="00947761">
      <w:pPr>
        <w:pStyle w:val="Heading2"/>
        <w:rPr>
          <w:color w:val="auto"/>
        </w:rPr>
      </w:pPr>
      <w:r w:rsidRPr="0087028D">
        <w:rPr>
          <w:color w:val="auto"/>
        </w:rPr>
        <w:t>Community and Cultural Supports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312"/>
        <w:gridCol w:w="3456"/>
        <w:gridCol w:w="4032"/>
      </w:tblGrid>
      <w:tr w:rsidR="00304639" w14:paraId="7059C282" w14:textId="77777777">
        <w:trPr>
          <w:tblHeader/>
          <w:jc w:val="center"/>
        </w:trPr>
        <w:tc>
          <w:tcPr>
            <w:tcW w:w="3600" w:type="dxa"/>
            <w:shd w:val="clear" w:color="auto" w:fill="D9EAD3"/>
          </w:tcPr>
          <w:p w14:paraId="02758E20" w14:textId="77777777" w:rsidR="00304639" w:rsidRDefault="00947761">
            <w:r>
              <w:rPr>
                <w:b/>
                <w:sz w:val="16"/>
              </w:rPr>
              <w:t>Service</w:t>
            </w:r>
          </w:p>
        </w:tc>
        <w:tc>
          <w:tcPr>
            <w:tcW w:w="3312" w:type="dxa"/>
            <w:shd w:val="clear" w:color="auto" w:fill="D9EAD3"/>
          </w:tcPr>
          <w:p w14:paraId="72DA22CF" w14:textId="77777777" w:rsidR="00304639" w:rsidRDefault="00947761">
            <w:r>
              <w:rPr>
                <w:b/>
                <w:sz w:val="16"/>
              </w:rPr>
              <w:t>Type</w:t>
            </w:r>
          </w:p>
        </w:tc>
        <w:tc>
          <w:tcPr>
            <w:tcW w:w="3456" w:type="dxa"/>
            <w:shd w:val="clear" w:color="auto" w:fill="D9EAD3"/>
          </w:tcPr>
          <w:p w14:paraId="35766074" w14:textId="77777777" w:rsidR="00304639" w:rsidRDefault="00947761">
            <w:r>
              <w:rPr>
                <w:b/>
                <w:sz w:val="16"/>
              </w:rPr>
              <w:t>Contact</w:t>
            </w:r>
          </w:p>
        </w:tc>
        <w:tc>
          <w:tcPr>
            <w:tcW w:w="4032" w:type="dxa"/>
            <w:shd w:val="clear" w:color="auto" w:fill="D9EAD3"/>
          </w:tcPr>
          <w:p w14:paraId="195F1949" w14:textId="77777777" w:rsidR="00304639" w:rsidRDefault="00947761">
            <w:r>
              <w:rPr>
                <w:b/>
                <w:sz w:val="16"/>
              </w:rPr>
              <w:t>Notes</w:t>
            </w:r>
          </w:p>
        </w:tc>
      </w:tr>
      <w:tr w:rsidR="00304639" w14:paraId="2EA10C0A" w14:textId="77777777">
        <w:trPr>
          <w:jc w:val="center"/>
        </w:trPr>
        <w:tc>
          <w:tcPr>
            <w:tcW w:w="3600" w:type="dxa"/>
          </w:tcPr>
          <w:p w14:paraId="3E87EFE2" w14:textId="77777777" w:rsidR="00304639" w:rsidRDefault="00947761">
            <w:r>
              <w:rPr>
                <w:sz w:val="16"/>
              </w:rPr>
              <w:t>Thunder Bay Indigenous Friendship Centre</w:t>
            </w:r>
          </w:p>
        </w:tc>
        <w:tc>
          <w:tcPr>
            <w:tcW w:w="3312" w:type="dxa"/>
          </w:tcPr>
          <w:p w14:paraId="000A9848" w14:textId="77777777" w:rsidR="00304639" w:rsidRDefault="00947761">
            <w:r>
              <w:rPr>
                <w:sz w:val="16"/>
              </w:rPr>
              <w:t>Community Support</w:t>
            </w:r>
          </w:p>
        </w:tc>
        <w:tc>
          <w:tcPr>
            <w:tcW w:w="3456" w:type="dxa"/>
          </w:tcPr>
          <w:p w14:paraId="3180BA34" w14:textId="77777777" w:rsidR="00304639" w:rsidRDefault="00947761">
            <w:r>
              <w:rPr>
                <w:sz w:val="16"/>
              </w:rPr>
              <w:t>(807) 345-5840</w:t>
            </w:r>
          </w:p>
        </w:tc>
        <w:tc>
          <w:tcPr>
            <w:tcW w:w="4032" w:type="dxa"/>
          </w:tcPr>
          <w:p w14:paraId="327431A3" w14:textId="77777777" w:rsidR="00304639" w:rsidRDefault="00947761">
            <w:r>
              <w:rPr>
                <w:sz w:val="16"/>
              </w:rPr>
              <w:t>Urban Indigenous support</w:t>
            </w:r>
          </w:p>
        </w:tc>
      </w:tr>
      <w:tr w:rsidR="00304639" w14:paraId="1C88C1C3" w14:textId="77777777">
        <w:trPr>
          <w:jc w:val="center"/>
        </w:trPr>
        <w:tc>
          <w:tcPr>
            <w:tcW w:w="3600" w:type="dxa"/>
          </w:tcPr>
          <w:p w14:paraId="73579C98" w14:textId="77777777" w:rsidR="00304639" w:rsidRDefault="00947761">
            <w:r>
              <w:rPr>
                <w:sz w:val="16"/>
              </w:rPr>
              <w:t>Nishnawbe-Gamik Friendship Centre</w:t>
            </w:r>
          </w:p>
        </w:tc>
        <w:tc>
          <w:tcPr>
            <w:tcW w:w="3312" w:type="dxa"/>
          </w:tcPr>
          <w:p w14:paraId="031F5F92" w14:textId="77777777" w:rsidR="00304639" w:rsidRDefault="00947761">
            <w:r>
              <w:rPr>
                <w:sz w:val="16"/>
              </w:rPr>
              <w:t>Community Support</w:t>
            </w:r>
          </w:p>
        </w:tc>
        <w:tc>
          <w:tcPr>
            <w:tcW w:w="3456" w:type="dxa"/>
          </w:tcPr>
          <w:p w14:paraId="65A20A53" w14:textId="77777777" w:rsidR="00304639" w:rsidRDefault="00947761">
            <w:r>
              <w:rPr>
                <w:sz w:val="16"/>
              </w:rPr>
              <w:t>(807) 737-1903</w:t>
            </w:r>
          </w:p>
        </w:tc>
        <w:tc>
          <w:tcPr>
            <w:tcW w:w="4032" w:type="dxa"/>
          </w:tcPr>
          <w:p w14:paraId="14730B64" w14:textId="77777777" w:rsidR="00304639" w:rsidRDefault="00947761">
            <w:r>
              <w:rPr>
                <w:sz w:val="16"/>
              </w:rPr>
              <w:t>Sioux Lookout</w:t>
            </w:r>
          </w:p>
        </w:tc>
      </w:tr>
      <w:tr w:rsidR="00304639" w14:paraId="5359310B" w14:textId="77777777">
        <w:trPr>
          <w:jc w:val="center"/>
        </w:trPr>
        <w:tc>
          <w:tcPr>
            <w:tcW w:w="3600" w:type="dxa"/>
          </w:tcPr>
          <w:p w14:paraId="457E25CA" w14:textId="77777777" w:rsidR="00304639" w:rsidRDefault="00947761">
            <w:r>
              <w:rPr>
                <w:sz w:val="16"/>
              </w:rPr>
              <w:t>Nee-Chee Friendship Centre</w:t>
            </w:r>
          </w:p>
        </w:tc>
        <w:tc>
          <w:tcPr>
            <w:tcW w:w="3312" w:type="dxa"/>
          </w:tcPr>
          <w:p w14:paraId="137C88F5" w14:textId="77777777" w:rsidR="00304639" w:rsidRDefault="00947761">
            <w:r>
              <w:rPr>
                <w:sz w:val="16"/>
              </w:rPr>
              <w:t>Community Support</w:t>
            </w:r>
          </w:p>
        </w:tc>
        <w:tc>
          <w:tcPr>
            <w:tcW w:w="3456" w:type="dxa"/>
          </w:tcPr>
          <w:p w14:paraId="2B9ED8ED" w14:textId="77777777" w:rsidR="00304639" w:rsidRDefault="00947761">
            <w:r>
              <w:rPr>
                <w:sz w:val="16"/>
              </w:rPr>
              <w:t>(807) 468-5440</w:t>
            </w:r>
          </w:p>
        </w:tc>
        <w:tc>
          <w:tcPr>
            <w:tcW w:w="4032" w:type="dxa"/>
          </w:tcPr>
          <w:p w14:paraId="07F4BF3D" w14:textId="77777777" w:rsidR="00304639" w:rsidRDefault="00947761">
            <w:r>
              <w:rPr>
                <w:sz w:val="16"/>
              </w:rPr>
              <w:t>Kenora</w:t>
            </w:r>
          </w:p>
        </w:tc>
      </w:tr>
      <w:tr w:rsidR="00304639" w14:paraId="18AF7DF6" w14:textId="77777777">
        <w:trPr>
          <w:jc w:val="center"/>
        </w:trPr>
        <w:tc>
          <w:tcPr>
            <w:tcW w:w="3600" w:type="dxa"/>
          </w:tcPr>
          <w:p w14:paraId="1FBB6171" w14:textId="77777777" w:rsidR="00304639" w:rsidRDefault="00947761">
            <w:r>
              <w:rPr>
                <w:sz w:val="16"/>
              </w:rPr>
              <w:t>Timmins Native Friendship Centre</w:t>
            </w:r>
          </w:p>
        </w:tc>
        <w:tc>
          <w:tcPr>
            <w:tcW w:w="3312" w:type="dxa"/>
          </w:tcPr>
          <w:p w14:paraId="7295FBD9" w14:textId="77777777" w:rsidR="00304639" w:rsidRDefault="00947761">
            <w:r>
              <w:rPr>
                <w:sz w:val="16"/>
              </w:rPr>
              <w:t>Community Support</w:t>
            </w:r>
          </w:p>
        </w:tc>
        <w:tc>
          <w:tcPr>
            <w:tcW w:w="3456" w:type="dxa"/>
          </w:tcPr>
          <w:p w14:paraId="7EEB9ED3" w14:textId="77777777" w:rsidR="00304639" w:rsidRDefault="00947761">
            <w:r>
              <w:rPr>
                <w:sz w:val="16"/>
              </w:rPr>
              <w:t>(705) 268-6262</w:t>
            </w:r>
          </w:p>
        </w:tc>
        <w:tc>
          <w:tcPr>
            <w:tcW w:w="4032" w:type="dxa"/>
          </w:tcPr>
          <w:p w14:paraId="3039138B" w14:textId="77777777" w:rsidR="00304639" w:rsidRDefault="00947761">
            <w:r>
              <w:rPr>
                <w:sz w:val="16"/>
              </w:rPr>
              <w:t>Timmins</w:t>
            </w:r>
          </w:p>
        </w:tc>
      </w:tr>
      <w:tr w:rsidR="00304639" w14:paraId="4366D2D0" w14:textId="77777777">
        <w:trPr>
          <w:jc w:val="center"/>
        </w:trPr>
        <w:tc>
          <w:tcPr>
            <w:tcW w:w="3600" w:type="dxa"/>
          </w:tcPr>
          <w:p w14:paraId="1F7FFE44" w14:textId="77777777" w:rsidR="00304639" w:rsidRDefault="00947761">
            <w:r>
              <w:rPr>
                <w:sz w:val="16"/>
              </w:rPr>
              <w:t>OFIFC</w:t>
            </w:r>
          </w:p>
        </w:tc>
        <w:tc>
          <w:tcPr>
            <w:tcW w:w="3312" w:type="dxa"/>
          </w:tcPr>
          <w:p w14:paraId="0C4A3D84" w14:textId="77777777" w:rsidR="00304639" w:rsidRDefault="00947761">
            <w:r>
              <w:rPr>
                <w:sz w:val="16"/>
              </w:rPr>
              <w:t>Friendship Centre Network</w:t>
            </w:r>
          </w:p>
        </w:tc>
        <w:tc>
          <w:tcPr>
            <w:tcW w:w="3456" w:type="dxa"/>
          </w:tcPr>
          <w:p w14:paraId="17269705" w14:textId="4BA4C015" w:rsidR="00304639" w:rsidRDefault="00517884">
            <w:hyperlink r:id="rId11" w:history="1">
              <w:r w:rsidRPr="00C95637">
                <w:rPr>
                  <w:rStyle w:val="Hyperlink"/>
                  <w:sz w:val="16"/>
                </w:rPr>
                <w:t>https://ofifc.org/friendship-centres/find/</w:t>
              </w:r>
            </w:hyperlink>
            <w:r w:rsidR="00BF7DE4">
              <w:rPr>
                <w:sz w:val="16"/>
              </w:rPr>
              <w:t xml:space="preserve"> </w:t>
            </w:r>
          </w:p>
        </w:tc>
        <w:tc>
          <w:tcPr>
            <w:tcW w:w="4032" w:type="dxa"/>
          </w:tcPr>
          <w:p w14:paraId="3E7C58C8" w14:textId="77777777" w:rsidR="00304639" w:rsidRDefault="00947761">
            <w:r>
              <w:rPr>
                <w:sz w:val="16"/>
              </w:rPr>
              <w:t>Provincial directory</w:t>
            </w:r>
          </w:p>
        </w:tc>
      </w:tr>
    </w:tbl>
    <w:p w14:paraId="5AB24D74" w14:textId="77777777" w:rsidR="00304639" w:rsidRDefault="00304639"/>
    <w:p w14:paraId="6702B858" w14:textId="77777777" w:rsidR="0086720B" w:rsidRDefault="0086720B"/>
    <w:p w14:paraId="3BBF3ABD" w14:textId="639AC306" w:rsidR="00F00ADA" w:rsidRPr="0087028D" w:rsidRDefault="00734A31" w:rsidP="00F00ADA">
      <w:pPr>
        <w:pStyle w:val="Heading2"/>
        <w:rPr>
          <w:color w:val="auto"/>
        </w:rPr>
      </w:pPr>
      <w:r w:rsidRPr="00734A31">
        <w:rPr>
          <w:color w:val="auto"/>
        </w:rPr>
        <w:t>First Nations Community-Specific Mental Health Supports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2"/>
        <w:gridCol w:w="2496"/>
        <w:gridCol w:w="2629"/>
        <w:gridCol w:w="31"/>
        <w:gridCol w:w="3016"/>
        <w:gridCol w:w="17"/>
        <w:gridCol w:w="3453"/>
      </w:tblGrid>
      <w:tr w:rsidR="00F00ADA" w14:paraId="3608FDE4" w14:textId="77777777" w:rsidTr="000E05C2">
        <w:trPr>
          <w:tblHeader/>
          <w:jc w:val="center"/>
        </w:trPr>
        <w:tc>
          <w:tcPr>
            <w:tcW w:w="2955" w:type="dxa"/>
            <w:shd w:val="clear" w:color="auto" w:fill="D9EAD3"/>
          </w:tcPr>
          <w:p w14:paraId="323D3117" w14:textId="63415F31" w:rsidR="00F00ADA" w:rsidRDefault="00986235">
            <w:r>
              <w:rPr>
                <w:b/>
                <w:sz w:val="16"/>
              </w:rPr>
              <w:t xml:space="preserve">Territory/ Tribal Council </w:t>
            </w:r>
          </w:p>
        </w:tc>
        <w:tc>
          <w:tcPr>
            <w:tcW w:w="2540" w:type="dxa"/>
            <w:shd w:val="clear" w:color="auto" w:fill="D9EAD3"/>
          </w:tcPr>
          <w:p w14:paraId="56F4E732" w14:textId="31E0493F" w:rsidR="00F00ADA" w:rsidRDefault="003005D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Community </w:t>
            </w:r>
          </w:p>
        </w:tc>
        <w:tc>
          <w:tcPr>
            <w:tcW w:w="2725" w:type="dxa"/>
            <w:gridSpan w:val="2"/>
            <w:shd w:val="clear" w:color="auto" w:fill="D9EAD3"/>
          </w:tcPr>
          <w:p w14:paraId="7090FD52" w14:textId="2425BDF3" w:rsidR="00F00ADA" w:rsidRDefault="00F00ADA">
            <w:r>
              <w:rPr>
                <w:b/>
                <w:sz w:val="16"/>
              </w:rPr>
              <w:t>Type</w:t>
            </w:r>
          </w:p>
        </w:tc>
        <w:tc>
          <w:tcPr>
            <w:tcW w:w="3070" w:type="dxa"/>
            <w:shd w:val="clear" w:color="auto" w:fill="D9EAD3"/>
          </w:tcPr>
          <w:p w14:paraId="055314F3" w14:textId="77777777" w:rsidR="00F00ADA" w:rsidRDefault="00F00ADA">
            <w:r>
              <w:rPr>
                <w:b/>
                <w:sz w:val="16"/>
              </w:rPr>
              <w:t>Contact</w:t>
            </w:r>
          </w:p>
        </w:tc>
        <w:tc>
          <w:tcPr>
            <w:tcW w:w="3470" w:type="dxa"/>
            <w:gridSpan w:val="2"/>
            <w:shd w:val="clear" w:color="auto" w:fill="D9EAD3"/>
          </w:tcPr>
          <w:p w14:paraId="5F575FF4" w14:textId="77777777" w:rsidR="00F00ADA" w:rsidRDefault="00F00ADA">
            <w:r>
              <w:rPr>
                <w:b/>
                <w:sz w:val="16"/>
              </w:rPr>
              <w:t>Notes</w:t>
            </w:r>
          </w:p>
        </w:tc>
      </w:tr>
      <w:tr w:rsidR="00F00ADA" w14:paraId="061B6064" w14:textId="77777777" w:rsidTr="000E05C2">
        <w:trPr>
          <w:jc w:val="center"/>
        </w:trPr>
        <w:tc>
          <w:tcPr>
            <w:tcW w:w="2955" w:type="dxa"/>
          </w:tcPr>
          <w:p w14:paraId="4D463C4F" w14:textId="74BE4756" w:rsidR="008514A7" w:rsidRPr="008514A7" w:rsidRDefault="008514A7" w:rsidP="008514A7">
            <w:pPr>
              <w:rPr>
                <w:sz w:val="16"/>
                <w:lang w:val="en-CA"/>
              </w:rPr>
            </w:pPr>
            <w:r>
              <w:rPr>
                <w:sz w:val="16"/>
                <w:lang w:val="en-CA"/>
              </w:rPr>
              <w:t>I</w:t>
            </w:r>
            <w:r w:rsidRPr="008514A7">
              <w:rPr>
                <w:sz w:val="16"/>
                <w:lang w:val="en-CA"/>
              </w:rPr>
              <w:t>ndependent First Nations Alliance</w:t>
            </w:r>
          </w:p>
          <w:p w14:paraId="1200DD09" w14:textId="183F3E50" w:rsidR="00F00ADA" w:rsidRPr="0086720B" w:rsidRDefault="00F00ADA"/>
        </w:tc>
        <w:tc>
          <w:tcPr>
            <w:tcW w:w="2540" w:type="dxa"/>
          </w:tcPr>
          <w:p w14:paraId="20CE800B" w14:textId="05B7984D" w:rsidR="00F00ADA" w:rsidRDefault="008514A7">
            <w:pPr>
              <w:rPr>
                <w:sz w:val="16"/>
              </w:rPr>
            </w:pPr>
            <w:r>
              <w:rPr>
                <w:sz w:val="16"/>
              </w:rPr>
              <w:t xml:space="preserve">IFNA Serving Communities </w:t>
            </w:r>
          </w:p>
        </w:tc>
        <w:tc>
          <w:tcPr>
            <w:tcW w:w="2725" w:type="dxa"/>
            <w:gridSpan w:val="2"/>
          </w:tcPr>
          <w:p w14:paraId="462C6781" w14:textId="24E8904C" w:rsidR="00F00ADA" w:rsidRDefault="008514A7">
            <w:r>
              <w:rPr>
                <w:sz w:val="16"/>
              </w:rPr>
              <w:t xml:space="preserve">Mental Health and Addiction Support </w:t>
            </w:r>
          </w:p>
        </w:tc>
        <w:tc>
          <w:tcPr>
            <w:tcW w:w="3070" w:type="dxa"/>
          </w:tcPr>
          <w:p w14:paraId="308B9369" w14:textId="012BE9A3" w:rsidR="00F00ADA" w:rsidRDefault="00724497">
            <w:hyperlink r:id="rId12" w:history="1">
              <w:r w:rsidRPr="00724497">
                <w:rPr>
                  <w:rStyle w:val="Hyperlink"/>
                </w:rPr>
                <w:t>(807)-626-9698</w:t>
              </w:r>
            </w:hyperlink>
          </w:p>
        </w:tc>
        <w:tc>
          <w:tcPr>
            <w:tcW w:w="3470" w:type="dxa"/>
            <w:gridSpan w:val="2"/>
          </w:tcPr>
          <w:p w14:paraId="75A2EAEC" w14:textId="0A817917" w:rsidR="00F00ADA" w:rsidRDefault="00033F4C">
            <w:hyperlink r:id="rId13" w:history="1">
              <w:r w:rsidRPr="00033F4C">
                <w:rPr>
                  <w:rStyle w:val="Hyperlink"/>
                </w:rPr>
                <w:t>Health Services | Independent First Nations Alliance</w:t>
              </w:r>
            </w:hyperlink>
          </w:p>
        </w:tc>
      </w:tr>
      <w:tr w:rsidR="00033F4C" w14:paraId="2E017B7A" w14:textId="77777777" w:rsidTr="000E05C2">
        <w:trPr>
          <w:jc w:val="center"/>
        </w:trPr>
        <w:tc>
          <w:tcPr>
            <w:tcW w:w="2955" w:type="dxa"/>
          </w:tcPr>
          <w:p w14:paraId="49E25921" w14:textId="6E347E11" w:rsidR="00033F4C" w:rsidRDefault="00AD322C" w:rsidP="008514A7">
            <w:pPr>
              <w:rPr>
                <w:sz w:val="16"/>
                <w:lang w:val="en-CA"/>
              </w:rPr>
            </w:pPr>
            <w:proofErr w:type="spellStart"/>
            <w:r w:rsidRPr="00AD322C">
              <w:rPr>
                <w:sz w:val="16"/>
              </w:rPr>
              <w:t>Weeneebayko</w:t>
            </w:r>
            <w:proofErr w:type="spellEnd"/>
            <w:r w:rsidRPr="00AD322C">
              <w:rPr>
                <w:sz w:val="16"/>
              </w:rPr>
              <w:t xml:space="preserve"> Area Health Authority Community Mental Health &amp; Addictions</w:t>
            </w:r>
          </w:p>
        </w:tc>
        <w:tc>
          <w:tcPr>
            <w:tcW w:w="2540" w:type="dxa"/>
          </w:tcPr>
          <w:p w14:paraId="0B8214FE" w14:textId="53116F21" w:rsidR="00033F4C" w:rsidRDefault="00453E3C">
            <w:pPr>
              <w:rPr>
                <w:sz w:val="16"/>
              </w:rPr>
            </w:pPr>
            <w:r>
              <w:rPr>
                <w:sz w:val="16"/>
              </w:rPr>
              <w:t xml:space="preserve">East Serving Communities </w:t>
            </w:r>
          </w:p>
        </w:tc>
        <w:tc>
          <w:tcPr>
            <w:tcW w:w="2725" w:type="dxa"/>
            <w:gridSpan w:val="2"/>
          </w:tcPr>
          <w:p w14:paraId="186C0B20" w14:textId="4B2E38B0" w:rsidR="00033F4C" w:rsidRDefault="00421AFD">
            <w:pPr>
              <w:rPr>
                <w:sz w:val="16"/>
              </w:rPr>
            </w:pPr>
            <w:r>
              <w:rPr>
                <w:sz w:val="16"/>
              </w:rPr>
              <w:t xml:space="preserve">Community Mental Health Program </w:t>
            </w:r>
          </w:p>
        </w:tc>
        <w:tc>
          <w:tcPr>
            <w:tcW w:w="3070" w:type="dxa"/>
          </w:tcPr>
          <w:p w14:paraId="03F37C9B" w14:textId="2DF74525" w:rsidR="00033F4C" w:rsidRPr="00724497" w:rsidRDefault="00F66FF4">
            <w:r w:rsidRPr="00F66FF4">
              <w:t>1-877-336-2164 / 705-336-2164</w:t>
            </w:r>
          </w:p>
        </w:tc>
        <w:tc>
          <w:tcPr>
            <w:tcW w:w="3470" w:type="dxa"/>
            <w:gridSpan w:val="2"/>
          </w:tcPr>
          <w:p w14:paraId="2EFFFFB4" w14:textId="23A97CD1" w:rsidR="00033F4C" w:rsidRPr="00033F4C" w:rsidRDefault="00E97FAE">
            <w:hyperlink r:id="rId14" w:history="1">
              <w:r w:rsidRPr="00C95637">
                <w:rPr>
                  <w:rStyle w:val="Hyperlink"/>
                </w:rPr>
                <w:t>https://www.waha.ca/service/community-mental</w:t>
              </w:r>
            </w:hyperlink>
            <w:r>
              <w:t xml:space="preserve"> </w:t>
            </w:r>
          </w:p>
        </w:tc>
      </w:tr>
      <w:tr w:rsidR="00C64A05" w14:paraId="62074F00" w14:textId="77777777" w:rsidTr="000E05C2">
        <w:trPr>
          <w:jc w:val="center"/>
        </w:trPr>
        <w:tc>
          <w:tcPr>
            <w:tcW w:w="2955" w:type="dxa"/>
          </w:tcPr>
          <w:p w14:paraId="75300FA0" w14:textId="6512603C" w:rsidR="00C64A05" w:rsidRPr="00AD322C" w:rsidRDefault="009B4CB1" w:rsidP="008514A7">
            <w:pPr>
              <w:rPr>
                <w:sz w:val="16"/>
              </w:rPr>
            </w:pPr>
            <w:r w:rsidRPr="009B4CB1">
              <w:rPr>
                <w:sz w:val="16"/>
              </w:rPr>
              <w:t xml:space="preserve">Mushkegowuk </w:t>
            </w:r>
            <w:r>
              <w:rPr>
                <w:sz w:val="16"/>
              </w:rPr>
              <w:t xml:space="preserve">Territory </w:t>
            </w:r>
          </w:p>
        </w:tc>
        <w:tc>
          <w:tcPr>
            <w:tcW w:w="2540" w:type="dxa"/>
          </w:tcPr>
          <w:p w14:paraId="4FD46D07" w14:textId="56F87B0D" w:rsidR="00C64A05" w:rsidRDefault="00F410F0">
            <w:pPr>
              <w:rPr>
                <w:sz w:val="16"/>
              </w:rPr>
            </w:pPr>
            <w:r>
              <w:rPr>
                <w:sz w:val="16"/>
              </w:rPr>
              <w:t>Mus</w:t>
            </w:r>
            <w:r w:rsidR="00BA6FAA">
              <w:rPr>
                <w:sz w:val="16"/>
              </w:rPr>
              <w:t>hke</w:t>
            </w:r>
            <w:r w:rsidR="00AE78C1">
              <w:rPr>
                <w:sz w:val="16"/>
              </w:rPr>
              <w:t xml:space="preserve">gowuk Serving Communities </w:t>
            </w:r>
          </w:p>
        </w:tc>
        <w:tc>
          <w:tcPr>
            <w:tcW w:w="2725" w:type="dxa"/>
            <w:gridSpan w:val="2"/>
          </w:tcPr>
          <w:p w14:paraId="236781C8" w14:textId="1D01D069" w:rsidR="00C64A05" w:rsidRDefault="006760C0">
            <w:pPr>
              <w:rPr>
                <w:sz w:val="16"/>
              </w:rPr>
            </w:pPr>
            <w:r>
              <w:rPr>
                <w:sz w:val="16"/>
              </w:rPr>
              <w:t xml:space="preserve">Mental Wellness and Traditional </w:t>
            </w:r>
            <w:r w:rsidR="009C7458">
              <w:rPr>
                <w:sz w:val="16"/>
              </w:rPr>
              <w:t xml:space="preserve">Wellness Counselling </w:t>
            </w:r>
          </w:p>
        </w:tc>
        <w:tc>
          <w:tcPr>
            <w:tcW w:w="3070" w:type="dxa"/>
          </w:tcPr>
          <w:p w14:paraId="54EAA022" w14:textId="68735219" w:rsidR="00C64A05" w:rsidRPr="00F66FF4" w:rsidRDefault="00C64A05">
            <w:hyperlink r:id="rId15" w:history="1">
              <w:r w:rsidRPr="00C64A05">
                <w:rPr>
                  <w:rStyle w:val="Hyperlink"/>
                </w:rPr>
                <w:t>Community Addictions and Mental Health Supports - MUSH Region</w:t>
              </w:r>
            </w:hyperlink>
          </w:p>
        </w:tc>
        <w:tc>
          <w:tcPr>
            <w:tcW w:w="3470" w:type="dxa"/>
            <w:gridSpan w:val="2"/>
          </w:tcPr>
          <w:p w14:paraId="480E2752" w14:textId="4D248D63" w:rsidR="00FB153F" w:rsidRDefault="00FB153F">
            <w:hyperlink r:id="rId16" w:history="1">
              <w:r w:rsidRPr="00FB153F">
                <w:rPr>
                  <w:rStyle w:val="Hyperlink"/>
                </w:rPr>
                <w:t>Crisis and Support Contacts | Mushkegowuk Health</w:t>
              </w:r>
            </w:hyperlink>
          </w:p>
        </w:tc>
      </w:tr>
      <w:tr w:rsidR="00B41F8B" w14:paraId="68DA706E" w14:textId="77777777" w:rsidTr="000E05C2">
        <w:trPr>
          <w:jc w:val="center"/>
        </w:trPr>
        <w:tc>
          <w:tcPr>
            <w:tcW w:w="2955" w:type="dxa"/>
          </w:tcPr>
          <w:p w14:paraId="5B5653B9" w14:textId="74156E15" w:rsidR="00B41F8B" w:rsidRPr="009B4CB1" w:rsidRDefault="00B41F8B" w:rsidP="008514A7">
            <w:pPr>
              <w:rPr>
                <w:sz w:val="16"/>
              </w:rPr>
            </w:pPr>
            <w:r w:rsidRPr="00B41F8B">
              <w:rPr>
                <w:sz w:val="16"/>
              </w:rPr>
              <w:t>KO Territory (</w:t>
            </w:r>
            <w:proofErr w:type="spellStart"/>
            <w:r w:rsidRPr="00B41F8B">
              <w:rPr>
                <w:sz w:val="16"/>
              </w:rPr>
              <w:t>Keewaytinook</w:t>
            </w:r>
            <w:proofErr w:type="spellEnd"/>
            <w:r w:rsidRPr="00B41F8B">
              <w:rPr>
                <w:sz w:val="16"/>
              </w:rPr>
              <w:t xml:space="preserve"> </w:t>
            </w:r>
            <w:proofErr w:type="spellStart"/>
            <w:r w:rsidRPr="00B41F8B">
              <w:rPr>
                <w:sz w:val="16"/>
              </w:rPr>
              <w:t>Okimakanak</w:t>
            </w:r>
            <w:proofErr w:type="spellEnd"/>
            <w:r w:rsidRPr="00B41F8B">
              <w:rPr>
                <w:sz w:val="16"/>
              </w:rPr>
              <w:t>)</w:t>
            </w:r>
          </w:p>
        </w:tc>
        <w:tc>
          <w:tcPr>
            <w:tcW w:w="2540" w:type="dxa"/>
          </w:tcPr>
          <w:p w14:paraId="19D6BF85" w14:textId="2E0EA56B" w:rsidR="00B41F8B" w:rsidRDefault="00F410F0">
            <w:pPr>
              <w:rPr>
                <w:sz w:val="16"/>
              </w:rPr>
            </w:pPr>
            <w:r>
              <w:rPr>
                <w:sz w:val="16"/>
              </w:rPr>
              <w:t xml:space="preserve">KO Serving Communities </w:t>
            </w:r>
          </w:p>
        </w:tc>
        <w:tc>
          <w:tcPr>
            <w:tcW w:w="2725" w:type="dxa"/>
            <w:gridSpan w:val="2"/>
          </w:tcPr>
          <w:p w14:paraId="5E7E0697" w14:textId="55A91F07" w:rsidR="00B41F8B" w:rsidRDefault="00036D05">
            <w:pPr>
              <w:rPr>
                <w:sz w:val="16"/>
              </w:rPr>
            </w:pPr>
            <w:r w:rsidRPr="00036D05">
              <w:rPr>
                <w:sz w:val="16"/>
              </w:rPr>
              <w:t>Community wellness, tele-mental health, crisis coordination</w:t>
            </w:r>
          </w:p>
        </w:tc>
        <w:tc>
          <w:tcPr>
            <w:tcW w:w="3070" w:type="dxa"/>
          </w:tcPr>
          <w:p w14:paraId="23CFAE51" w14:textId="739003D8" w:rsidR="00B41F8B" w:rsidRPr="00C64A05" w:rsidRDefault="00C645F4">
            <w:r w:rsidRPr="00C645F4">
              <w:t>1-800-387-3740</w:t>
            </w:r>
          </w:p>
        </w:tc>
        <w:tc>
          <w:tcPr>
            <w:tcW w:w="3470" w:type="dxa"/>
            <w:gridSpan w:val="2"/>
          </w:tcPr>
          <w:p w14:paraId="715F1CA2" w14:textId="664C058D" w:rsidR="00B41F8B" w:rsidRDefault="00B41F8B"/>
        </w:tc>
      </w:tr>
      <w:tr w:rsidR="00B42EBB" w14:paraId="49799751" w14:textId="77777777" w:rsidTr="000E05C2">
        <w:trPr>
          <w:jc w:val="center"/>
        </w:trPr>
        <w:tc>
          <w:tcPr>
            <w:tcW w:w="2955" w:type="dxa"/>
          </w:tcPr>
          <w:p w14:paraId="2718368F" w14:textId="04C6674B" w:rsidR="00B42EBB" w:rsidRPr="00B41F8B" w:rsidRDefault="00B42EBB" w:rsidP="008514A7">
            <w:pPr>
              <w:rPr>
                <w:sz w:val="16"/>
              </w:rPr>
            </w:pPr>
            <w:proofErr w:type="spellStart"/>
            <w:r w:rsidRPr="00B42EBB">
              <w:rPr>
                <w:sz w:val="16"/>
              </w:rPr>
              <w:t>Windigo</w:t>
            </w:r>
            <w:proofErr w:type="spellEnd"/>
            <w:r w:rsidRPr="00B42EBB">
              <w:rPr>
                <w:sz w:val="16"/>
              </w:rPr>
              <w:t xml:space="preserve"> Territory</w:t>
            </w:r>
          </w:p>
        </w:tc>
        <w:tc>
          <w:tcPr>
            <w:tcW w:w="2540" w:type="dxa"/>
          </w:tcPr>
          <w:p w14:paraId="66F1D3A7" w14:textId="7DB07041" w:rsidR="00B42EBB" w:rsidRDefault="00547F9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Windigo</w:t>
            </w:r>
            <w:proofErr w:type="spellEnd"/>
            <w:r>
              <w:rPr>
                <w:sz w:val="16"/>
              </w:rPr>
              <w:t xml:space="preserve"> Serving Communities </w:t>
            </w:r>
          </w:p>
        </w:tc>
        <w:tc>
          <w:tcPr>
            <w:tcW w:w="2725" w:type="dxa"/>
            <w:gridSpan w:val="2"/>
          </w:tcPr>
          <w:p w14:paraId="6651A759" w14:textId="61A0D361" w:rsidR="00B42EBB" w:rsidRPr="00036D05" w:rsidRDefault="003A042B">
            <w:pPr>
              <w:rPr>
                <w:sz w:val="16"/>
              </w:rPr>
            </w:pPr>
            <w:r w:rsidRPr="003A042B">
              <w:rPr>
                <w:sz w:val="16"/>
              </w:rPr>
              <w:t>Community health coordination, mental wellness referrals</w:t>
            </w:r>
          </w:p>
        </w:tc>
        <w:tc>
          <w:tcPr>
            <w:tcW w:w="3070" w:type="dxa"/>
          </w:tcPr>
          <w:p w14:paraId="658E00EF" w14:textId="03C412A2" w:rsidR="00B42EBB" w:rsidRPr="00C645F4" w:rsidRDefault="00547F9D">
            <w:r>
              <w:t>(</w:t>
            </w:r>
            <w:r w:rsidRPr="00547F9D">
              <w:t>807) 737-1585</w:t>
            </w:r>
          </w:p>
        </w:tc>
        <w:tc>
          <w:tcPr>
            <w:tcW w:w="3470" w:type="dxa"/>
            <w:gridSpan w:val="2"/>
          </w:tcPr>
          <w:p w14:paraId="13C6B77B" w14:textId="0E656634" w:rsidR="00B42EBB" w:rsidRDefault="00891543">
            <w:hyperlink r:id="rId17" w:history="1">
              <w:proofErr w:type="spellStart"/>
              <w:r w:rsidRPr="00891543">
                <w:rPr>
                  <w:rStyle w:val="Hyperlink"/>
                </w:rPr>
                <w:t>Windigo</w:t>
              </w:r>
              <w:proofErr w:type="spellEnd"/>
              <w:r w:rsidRPr="00891543">
                <w:rPr>
                  <w:rStyle w:val="Hyperlink"/>
                </w:rPr>
                <w:t xml:space="preserve"> First Nations Council - Home</w:t>
              </w:r>
            </w:hyperlink>
          </w:p>
        </w:tc>
      </w:tr>
      <w:tr w:rsidR="00891543" w14:paraId="4769DCBD" w14:textId="77777777" w:rsidTr="000E05C2">
        <w:trPr>
          <w:jc w:val="center"/>
        </w:trPr>
        <w:tc>
          <w:tcPr>
            <w:tcW w:w="2955" w:type="dxa"/>
          </w:tcPr>
          <w:p w14:paraId="6B8D3F37" w14:textId="7C151E74" w:rsidR="00891543" w:rsidRPr="00B42EBB" w:rsidRDefault="00956477" w:rsidP="008514A7">
            <w:pPr>
              <w:rPr>
                <w:sz w:val="16"/>
              </w:rPr>
            </w:pPr>
            <w:proofErr w:type="spellStart"/>
            <w:r w:rsidRPr="00956477">
              <w:rPr>
                <w:sz w:val="16"/>
              </w:rPr>
              <w:t>Shibogama</w:t>
            </w:r>
            <w:proofErr w:type="spellEnd"/>
            <w:r w:rsidRPr="00956477">
              <w:rPr>
                <w:sz w:val="16"/>
              </w:rPr>
              <w:t xml:space="preserve"> Territory</w:t>
            </w:r>
          </w:p>
        </w:tc>
        <w:tc>
          <w:tcPr>
            <w:tcW w:w="2540" w:type="dxa"/>
          </w:tcPr>
          <w:p w14:paraId="24BF0D55" w14:textId="6D45AC07" w:rsidR="00891543" w:rsidRDefault="00016DC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Shibogama</w:t>
            </w:r>
            <w:proofErr w:type="spellEnd"/>
            <w:r>
              <w:rPr>
                <w:sz w:val="16"/>
              </w:rPr>
              <w:t xml:space="preserve"> Serving Communities </w:t>
            </w:r>
          </w:p>
        </w:tc>
        <w:tc>
          <w:tcPr>
            <w:tcW w:w="2725" w:type="dxa"/>
            <w:gridSpan w:val="2"/>
          </w:tcPr>
          <w:p w14:paraId="506F3318" w14:textId="2DF26601" w:rsidR="00891543" w:rsidRPr="003A042B" w:rsidRDefault="00016DC5">
            <w:pPr>
              <w:rPr>
                <w:sz w:val="16"/>
              </w:rPr>
            </w:pPr>
            <w:r w:rsidRPr="003A042B">
              <w:rPr>
                <w:sz w:val="16"/>
              </w:rPr>
              <w:t>Community health coordination, mental wellness referrals</w:t>
            </w:r>
          </w:p>
        </w:tc>
        <w:tc>
          <w:tcPr>
            <w:tcW w:w="3070" w:type="dxa"/>
          </w:tcPr>
          <w:p w14:paraId="550808EB" w14:textId="55C7DA28" w:rsidR="00891543" w:rsidRDefault="00962A65">
            <w:r w:rsidRPr="00962A65">
              <w:t>807-737-2662</w:t>
            </w:r>
          </w:p>
        </w:tc>
        <w:tc>
          <w:tcPr>
            <w:tcW w:w="3470" w:type="dxa"/>
            <w:gridSpan w:val="2"/>
          </w:tcPr>
          <w:p w14:paraId="304AFA1C" w14:textId="6A8BA93F" w:rsidR="00891543" w:rsidRPr="00891543" w:rsidRDefault="00534038">
            <w:hyperlink r:id="rId18" w:history="1">
              <w:r w:rsidRPr="00534038">
                <w:rPr>
                  <w:rStyle w:val="Hyperlink"/>
                </w:rPr>
                <w:t xml:space="preserve">Community Mental Wellness Team | </w:t>
              </w:r>
              <w:proofErr w:type="spellStart"/>
              <w:r w:rsidRPr="00534038">
                <w:rPr>
                  <w:rStyle w:val="Hyperlink"/>
                </w:rPr>
                <w:t>Shibogama</w:t>
              </w:r>
              <w:proofErr w:type="spellEnd"/>
              <w:r w:rsidRPr="00534038">
                <w:rPr>
                  <w:rStyle w:val="Hyperlink"/>
                </w:rPr>
                <w:t xml:space="preserve"> First Nations Council</w:t>
              </w:r>
            </w:hyperlink>
          </w:p>
        </w:tc>
      </w:tr>
      <w:tr w:rsidR="00956477" w14:paraId="00FDD243" w14:textId="77777777" w:rsidTr="000E05C2">
        <w:trPr>
          <w:jc w:val="center"/>
        </w:trPr>
        <w:tc>
          <w:tcPr>
            <w:tcW w:w="2955" w:type="dxa"/>
          </w:tcPr>
          <w:p w14:paraId="28064616" w14:textId="73C74FEE" w:rsidR="00956477" w:rsidRPr="00956477" w:rsidRDefault="003B0FCE" w:rsidP="008514A7">
            <w:pPr>
              <w:rPr>
                <w:sz w:val="16"/>
              </w:rPr>
            </w:pPr>
            <w:r w:rsidRPr="003B0FCE">
              <w:rPr>
                <w:sz w:val="16"/>
              </w:rPr>
              <w:t>Matawa Territory</w:t>
            </w:r>
          </w:p>
        </w:tc>
        <w:tc>
          <w:tcPr>
            <w:tcW w:w="2540" w:type="dxa"/>
          </w:tcPr>
          <w:p w14:paraId="13BB83BA" w14:textId="728F2254" w:rsidR="00956477" w:rsidRDefault="00B5167B">
            <w:pPr>
              <w:rPr>
                <w:sz w:val="16"/>
              </w:rPr>
            </w:pPr>
            <w:r>
              <w:rPr>
                <w:sz w:val="16"/>
              </w:rPr>
              <w:t>Mat</w:t>
            </w:r>
            <w:r w:rsidR="00667FC1">
              <w:rPr>
                <w:sz w:val="16"/>
              </w:rPr>
              <w:t xml:space="preserve">awa Serving Communities </w:t>
            </w:r>
          </w:p>
        </w:tc>
        <w:tc>
          <w:tcPr>
            <w:tcW w:w="2725" w:type="dxa"/>
            <w:gridSpan w:val="2"/>
          </w:tcPr>
          <w:p w14:paraId="1BB91FDC" w14:textId="1CB35C26" w:rsidR="00956477" w:rsidRPr="003A042B" w:rsidRDefault="00FF2891">
            <w:pPr>
              <w:rPr>
                <w:sz w:val="16"/>
              </w:rPr>
            </w:pPr>
            <w:r>
              <w:rPr>
                <w:sz w:val="16"/>
              </w:rPr>
              <w:t xml:space="preserve">Health and Wellness Supports </w:t>
            </w:r>
          </w:p>
        </w:tc>
        <w:tc>
          <w:tcPr>
            <w:tcW w:w="3070" w:type="dxa"/>
          </w:tcPr>
          <w:p w14:paraId="2807F19F" w14:textId="23BD9A16" w:rsidR="00956477" w:rsidRPr="00B5167B" w:rsidRDefault="00B5167B">
            <w:r w:rsidRPr="00B5167B">
              <w:t>1-833-625-3611</w:t>
            </w:r>
          </w:p>
        </w:tc>
        <w:tc>
          <w:tcPr>
            <w:tcW w:w="3470" w:type="dxa"/>
            <w:gridSpan w:val="2"/>
          </w:tcPr>
          <w:p w14:paraId="53CD2B2A" w14:textId="22361BE3" w:rsidR="00956477" w:rsidRPr="00891543" w:rsidRDefault="00642035">
            <w:hyperlink r:id="rId19" w:history="1">
              <w:r w:rsidRPr="00642035">
                <w:rPr>
                  <w:rStyle w:val="Hyperlink"/>
                </w:rPr>
                <w:t>Matawa Health Co-operative - Matawa</w:t>
              </w:r>
            </w:hyperlink>
          </w:p>
        </w:tc>
      </w:tr>
      <w:tr w:rsidR="00956477" w14:paraId="48DAA9B6" w14:textId="77777777" w:rsidTr="000E05C2">
        <w:trPr>
          <w:jc w:val="center"/>
        </w:trPr>
        <w:tc>
          <w:tcPr>
            <w:tcW w:w="2955" w:type="dxa"/>
          </w:tcPr>
          <w:p w14:paraId="597F0311" w14:textId="458134CB" w:rsidR="00956477" w:rsidRPr="00956477" w:rsidRDefault="00170147" w:rsidP="008514A7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Wabun Territory </w:t>
            </w:r>
          </w:p>
        </w:tc>
        <w:tc>
          <w:tcPr>
            <w:tcW w:w="2540" w:type="dxa"/>
          </w:tcPr>
          <w:p w14:paraId="78A5931E" w14:textId="30D71B8E" w:rsidR="00956477" w:rsidRDefault="00170147">
            <w:pPr>
              <w:rPr>
                <w:sz w:val="16"/>
              </w:rPr>
            </w:pPr>
            <w:r>
              <w:rPr>
                <w:sz w:val="16"/>
              </w:rPr>
              <w:t xml:space="preserve">Wabun Serving Communities </w:t>
            </w:r>
          </w:p>
        </w:tc>
        <w:tc>
          <w:tcPr>
            <w:tcW w:w="2725" w:type="dxa"/>
            <w:gridSpan w:val="2"/>
          </w:tcPr>
          <w:p w14:paraId="0309CDFA" w14:textId="378FAA16" w:rsidR="00956477" w:rsidRPr="003A042B" w:rsidRDefault="00170147">
            <w:pPr>
              <w:rPr>
                <w:sz w:val="16"/>
              </w:rPr>
            </w:pPr>
            <w:r>
              <w:rPr>
                <w:sz w:val="16"/>
              </w:rPr>
              <w:t xml:space="preserve">Counselling and Psychotherapy Service </w:t>
            </w:r>
          </w:p>
        </w:tc>
        <w:tc>
          <w:tcPr>
            <w:tcW w:w="3070" w:type="dxa"/>
          </w:tcPr>
          <w:p w14:paraId="2A2FAED6" w14:textId="4606FEF4" w:rsidR="00956477" w:rsidRDefault="003970A5">
            <w:hyperlink r:id="rId20" w:history="1">
              <w:r w:rsidRPr="003970A5">
                <w:rPr>
                  <w:rStyle w:val="Hyperlink"/>
                </w:rPr>
                <w:t>mwtw@wabun.on.ca</w:t>
              </w:r>
            </w:hyperlink>
          </w:p>
        </w:tc>
        <w:tc>
          <w:tcPr>
            <w:tcW w:w="3470" w:type="dxa"/>
            <w:gridSpan w:val="2"/>
          </w:tcPr>
          <w:p w14:paraId="0253185F" w14:textId="1F0B893B" w:rsidR="00956477" w:rsidRPr="00891543" w:rsidRDefault="00170147">
            <w:hyperlink r:id="rId21" w:history="1">
              <w:r w:rsidRPr="00170147">
                <w:rPr>
                  <w:rStyle w:val="Hyperlink"/>
                </w:rPr>
                <w:t>Counselling &amp; Psychotherapy Services - Wabun Tribal Council</w:t>
              </w:r>
            </w:hyperlink>
          </w:p>
        </w:tc>
      </w:tr>
      <w:tr w:rsidR="000E05C2" w14:paraId="7C7AD8EC" w14:textId="77777777" w:rsidTr="000E05C2">
        <w:trPr>
          <w:jc w:val="center"/>
        </w:trPr>
        <w:tc>
          <w:tcPr>
            <w:tcW w:w="2955" w:type="dxa"/>
          </w:tcPr>
          <w:p w14:paraId="7003A54C" w14:textId="4A97DF9A" w:rsidR="000E05C2" w:rsidRPr="009D2D5E" w:rsidRDefault="000E05C2" w:rsidP="008514A7">
            <w:pPr>
              <w:rPr>
                <w:b/>
                <w:bCs/>
                <w:sz w:val="16"/>
              </w:rPr>
            </w:pPr>
            <w:r w:rsidRPr="009D2D5E">
              <w:rPr>
                <w:b/>
                <w:bCs/>
                <w:sz w:val="16"/>
              </w:rPr>
              <w:t xml:space="preserve">Independent Bands </w:t>
            </w:r>
          </w:p>
        </w:tc>
        <w:tc>
          <w:tcPr>
            <w:tcW w:w="2540" w:type="dxa"/>
          </w:tcPr>
          <w:p w14:paraId="56E9563C" w14:textId="77777777" w:rsidR="000E05C2" w:rsidRDefault="000E05C2">
            <w:pPr>
              <w:rPr>
                <w:sz w:val="16"/>
              </w:rPr>
            </w:pPr>
          </w:p>
        </w:tc>
        <w:tc>
          <w:tcPr>
            <w:tcW w:w="2725" w:type="dxa"/>
            <w:gridSpan w:val="2"/>
          </w:tcPr>
          <w:p w14:paraId="509E1EED" w14:textId="77777777" w:rsidR="000E05C2" w:rsidRDefault="000E05C2">
            <w:pPr>
              <w:rPr>
                <w:sz w:val="16"/>
              </w:rPr>
            </w:pPr>
          </w:p>
        </w:tc>
        <w:tc>
          <w:tcPr>
            <w:tcW w:w="3070" w:type="dxa"/>
          </w:tcPr>
          <w:p w14:paraId="5D154FD9" w14:textId="77777777" w:rsidR="000E05C2" w:rsidRPr="003970A5" w:rsidRDefault="000E05C2"/>
        </w:tc>
        <w:tc>
          <w:tcPr>
            <w:tcW w:w="3470" w:type="dxa"/>
            <w:gridSpan w:val="2"/>
          </w:tcPr>
          <w:p w14:paraId="15A52B4D" w14:textId="77777777" w:rsidR="000E05C2" w:rsidRPr="00170147" w:rsidRDefault="000E05C2"/>
        </w:tc>
      </w:tr>
      <w:tr w:rsidR="000E05C2" w:rsidRPr="000E05C2" w14:paraId="5D896778" w14:textId="77777777" w:rsidTr="009D2D5E">
        <w:tblPrEx>
          <w:jc w:val="left"/>
        </w:tblPrEx>
        <w:tc>
          <w:tcPr>
            <w:tcW w:w="2955" w:type="dxa"/>
          </w:tcPr>
          <w:p w14:paraId="5463B08C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Sandy Lake First Nation</w:t>
            </w:r>
          </w:p>
        </w:tc>
        <w:tc>
          <w:tcPr>
            <w:tcW w:w="2540" w:type="dxa"/>
          </w:tcPr>
          <w:p w14:paraId="0F78BE55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Sandy Lake Health Authority – Mental Health Program</w:t>
            </w:r>
          </w:p>
        </w:tc>
        <w:tc>
          <w:tcPr>
            <w:tcW w:w="2693" w:type="dxa"/>
          </w:tcPr>
          <w:p w14:paraId="262A83B2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Mental health + addictions counselling</w:t>
            </w:r>
          </w:p>
        </w:tc>
        <w:tc>
          <w:tcPr>
            <w:tcW w:w="3119" w:type="dxa"/>
            <w:gridSpan w:val="3"/>
          </w:tcPr>
          <w:p w14:paraId="480AFBB6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807-774-1133</w:t>
            </w:r>
          </w:p>
        </w:tc>
        <w:tc>
          <w:tcPr>
            <w:tcW w:w="3453" w:type="dxa"/>
          </w:tcPr>
          <w:p w14:paraId="686749DC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Health Director listed for mental health program</w:t>
            </w:r>
          </w:p>
        </w:tc>
      </w:tr>
      <w:tr w:rsidR="000E05C2" w:rsidRPr="000E05C2" w14:paraId="1323137A" w14:textId="77777777" w:rsidTr="000E05C2">
        <w:tblPrEx>
          <w:jc w:val="left"/>
        </w:tblPrEx>
        <w:tc>
          <w:tcPr>
            <w:tcW w:w="2955" w:type="dxa"/>
          </w:tcPr>
          <w:p w14:paraId="7B534BAB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Sandy Lake First Nation</w:t>
            </w:r>
          </w:p>
        </w:tc>
        <w:tc>
          <w:tcPr>
            <w:tcW w:w="2540" w:type="dxa"/>
          </w:tcPr>
          <w:p w14:paraId="458AE099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Sandy Lake Health Authority – NNADAP</w:t>
            </w:r>
          </w:p>
        </w:tc>
        <w:tc>
          <w:tcPr>
            <w:tcW w:w="2693" w:type="dxa"/>
          </w:tcPr>
          <w:p w14:paraId="7BD7229F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National Native Alcohol and Drug Abuse Program</w:t>
            </w:r>
          </w:p>
        </w:tc>
        <w:tc>
          <w:tcPr>
            <w:tcW w:w="3119" w:type="dxa"/>
            <w:gridSpan w:val="3"/>
          </w:tcPr>
          <w:p w14:paraId="07583430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807-774-3461</w:t>
            </w:r>
          </w:p>
        </w:tc>
        <w:tc>
          <w:tcPr>
            <w:tcW w:w="3453" w:type="dxa"/>
          </w:tcPr>
          <w:p w14:paraId="5DD6C3D1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 xml:space="preserve">Addictions and wellness </w:t>
            </w:r>
            <w:proofErr w:type="gramStart"/>
            <w:r w:rsidRPr="000E05C2">
              <w:rPr>
                <w:sz w:val="16"/>
              </w:rPr>
              <w:t>supports</w:t>
            </w:r>
            <w:proofErr w:type="gramEnd"/>
          </w:p>
        </w:tc>
      </w:tr>
      <w:tr w:rsidR="000E05C2" w:rsidRPr="000E05C2" w14:paraId="5364EFD4" w14:textId="77777777" w:rsidTr="000E05C2">
        <w:tblPrEx>
          <w:jc w:val="left"/>
        </w:tblPrEx>
        <w:tc>
          <w:tcPr>
            <w:tcW w:w="2955" w:type="dxa"/>
          </w:tcPr>
          <w:p w14:paraId="43AEEE09" w14:textId="77777777" w:rsidR="000E05C2" w:rsidRPr="000E05C2" w:rsidRDefault="000E05C2">
            <w:pPr>
              <w:rPr>
                <w:sz w:val="16"/>
              </w:rPr>
            </w:pPr>
            <w:proofErr w:type="spellStart"/>
            <w:r w:rsidRPr="000E05C2">
              <w:rPr>
                <w:sz w:val="16"/>
              </w:rPr>
              <w:t>Mishkeegogamang</w:t>
            </w:r>
            <w:proofErr w:type="spellEnd"/>
            <w:r w:rsidRPr="000E05C2">
              <w:rPr>
                <w:sz w:val="16"/>
              </w:rPr>
              <w:t xml:space="preserve"> First Nation</w:t>
            </w:r>
          </w:p>
        </w:tc>
        <w:tc>
          <w:tcPr>
            <w:tcW w:w="2540" w:type="dxa"/>
          </w:tcPr>
          <w:p w14:paraId="28EEAA62" w14:textId="77777777" w:rsidR="000E05C2" w:rsidRPr="000E05C2" w:rsidRDefault="000E05C2">
            <w:pPr>
              <w:rPr>
                <w:sz w:val="16"/>
              </w:rPr>
            </w:pPr>
            <w:proofErr w:type="spellStart"/>
            <w:r w:rsidRPr="000E05C2">
              <w:rPr>
                <w:sz w:val="16"/>
              </w:rPr>
              <w:t>Mishkeegogamang</w:t>
            </w:r>
            <w:proofErr w:type="spellEnd"/>
            <w:r w:rsidRPr="000E05C2">
              <w:rPr>
                <w:sz w:val="16"/>
              </w:rPr>
              <w:t xml:space="preserve"> Health &amp; Social Building</w:t>
            </w:r>
          </w:p>
        </w:tc>
        <w:tc>
          <w:tcPr>
            <w:tcW w:w="2693" w:type="dxa"/>
          </w:tcPr>
          <w:p w14:paraId="670B46A5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Community wellbeing + crisis services</w:t>
            </w:r>
          </w:p>
        </w:tc>
        <w:tc>
          <w:tcPr>
            <w:tcW w:w="3119" w:type="dxa"/>
            <w:gridSpan w:val="3"/>
          </w:tcPr>
          <w:p w14:paraId="36A20800" w14:textId="4A7F271D" w:rsidR="000E05C2" w:rsidRPr="000E05C2" w:rsidRDefault="00A002ED">
            <w:pPr>
              <w:rPr>
                <w:sz w:val="16"/>
              </w:rPr>
            </w:pPr>
            <w:r w:rsidRPr="00A002ED">
              <w:rPr>
                <w:sz w:val="16"/>
              </w:rPr>
              <w:t>(807) 928-2529</w:t>
            </w:r>
          </w:p>
        </w:tc>
        <w:tc>
          <w:tcPr>
            <w:tcW w:w="3453" w:type="dxa"/>
          </w:tcPr>
          <w:p w14:paraId="0119BC99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Community wellbeing and crisis pathway</w:t>
            </w:r>
          </w:p>
        </w:tc>
      </w:tr>
      <w:tr w:rsidR="000E05C2" w:rsidRPr="000E05C2" w14:paraId="0AC2AFAB" w14:textId="77777777" w:rsidTr="000E05C2">
        <w:tblPrEx>
          <w:jc w:val="left"/>
        </w:tblPrEx>
        <w:tc>
          <w:tcPr>
            <w:tcW w:w="2955" w:type="dxa"/>
          </w:tcPr>
          <w:p w14:paraId="62518556" w14:textId="77777777" w:rsidR="000E05C2" w:rsidRPr="000E05C2" w:rsidRDefault="000E05C2">
            <w:pPr>
              <w:rPr>
                <w:sz w:val="16"/>
              </w:rPr>
            </w:pPr>
            <w:proofErr w:type="spellStart"/>
            <w:r w:rsidRPr="000E05C2">
              <w:rPr>
                <w:sz w:val="16"/>
              </w:rPr>
              <w:t>MoCreebec</w:t>
            </w:r>
            <w:proofErr w:type="spellEnd"/>
            <w:r w:rsidRPr="000E05C2">
              <w:rPr>
                <w:sz w:val="16"/>
              </w:rPr>
              <w:t xml:space="preserve"> Council of the Cree Nation</w:t>
            </w:r>
          </w:p>
        </w:tc>
        <w:tc>
          <w:tcPr>
            <w:tcW w:w="2540" w:type="dxa"/>
          </w:tcPr>
          <w:p w14:paraId="6C751A11" w14:textId="77777777" w:rsidR="000E05C2" w:rsidRPr="000E05C2" w:rsidRDefault="000E05C2">
            <w:pPr>
              <w:rPr>
                <w:sz w:val="16"/>
              </w:rPr>
            </w:pPr>
            <w:proofErr w:type="spellStart"/>
            <w:r w:rsidRPr="000E05C2">
              <w:rPr>
                <w:sz w:val="16"/>
              </w:rPr>
              <w:t>MoCreebec</w:t>
            </w:r>
            <w:proofErr w:type="spellEnd"/>
            <w:r w:rsidRPr="000E05C2">
              <w:rPr>
                <w:sz w:val="16"/>
              </w:rPr>
              <w:t xml:space="preserve"> Health Services</w:t>
            </w:r>
          </w:p>
        </w:tc>
        <w:tc>
          <w:tcPr>
            <w:tcW w:w="2693" w:type="dxa"/>
          </w:tcPr>
          <w:p w14:paraId="6375F89B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Community mental wellness + referrals</w:t>
            </w:r>
          </w:p>
        </w:tc>
        <w:tc>
          <w:tcPr>
            <w:tcW w:w="3119" w:type="dxa"/>
            <w:gridSpan w:val="3"/>
          </w:tcPr>
          <w:p w14:paraId="3FCF4B05" w14:textId="50A65C82" w:rsidR="000E05C2" w:rsidRPr="000E05C2" w:rsidRDefault="00EF54CF">
            <w:pPr>
              <w:rPr>
                <w:sz w:val="16"/>
              </w:rPr>
            </w:pPr>
            <w:r w:rsidRPr="00EF54CF">
              <w:rPr>
                <w:sz w:val="16"/>
              </w:rPr>
              <w:t>(705) 658-4769</w:t>
            </w:r>
          </w:p>
        </w:tc>
        <w:tc>
          <w:tcPr>
            <w:tcW w:w="3453" w:type="dxa"/>
          </w:tcPr>
          <w:p w14:paraId="0E7DCA33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Often connected through Mushkegowuk regional supports</w:t>
            </w:r>
          </w:p>
        </w:tc>
      </w:tr>
      <w:tr w:rsidR="000E05C2" w:rsidRPr="000E05C2" w14:paraId="054D6D08" w14:textId="77777777" w:rsidTr="000E05C2">
        <w:tblPrEx>
          <w:jc w:val="left"/>
        </w:tblPrEx>
        <w:tc>
          <w:tcPr>
            <w:tcW w:w="2955" w:type="dxa"/>
          </w:tcPr>
          <w:p w14:paraId="69D9DBE1" w14:textId="77777777" w:rsidR="000E05C2" w:rsidRPr="000E05C2" w:rsidRDefault="000E05C2">
            <w:pPr>
              <w:rPr>
                <w:sz w:val="16"/>
              </w:rPr>
            </w:pPr>
            <w:proofErr w:type="spellStart"/>
            <w:r w:rsidRPr="000E05C2">
              <w:rPr>
                <w:sz w:val="16"/>
              </w:rPr>
              <w:t>Apitipi</w:t>
            </w:r>
            <w:proofErr w:type="spellEnd"/>
            <w:r w:rsidRPr="000E05C2">
              <w:rPr>
                <w:sz w:val="16"/>
              </w:rPr>
              <w:t xml:space="preserve"> </w:t>
            </w:r>
            <w:proofErr w:type="spellStart"/>
            <w:r w:rsidRPr="000E05C2">
              <w:rPr>
                <w:sz w:val="16"/>
              </w:rPr>
              <w:t>Anicinapek</w:t>
            </w:r>
            <w:proofErr w:type="spellEnd"/>
            <w:r w:rsidRPr="000E05C2">
              <w:rPr>
                <w:sz w:val="16"/>
              </w:rPr>
              <w:t xml:space="preserve"> Nation</w:t>
            </w:r>
          </w:p>
        </w:tc>
        <w:tc>
          <w:tcPr>
            <w:tcW w:w="2540" w:type="dxa"/>
          </w:tcPr>
          <w:p w14:paraId="65D53FBF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Community Health Services</w:t>
            </w:r>
          </w:p>
        </w:tc>
        <w:tc>
          <w:tcPr>
            <w:tcW w:w="2693" w:type="dxa"/>
          </w:tcPr>
          <w:p w14:paraId="40FB69A3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Wellness, counselling, community mental health</w:t>
            </w:r>
          </w:p>
        </w:tc>
        <w:tc>
          <w:tcPr>
            <w:tcW w:w="3119" w:type="dxa"/>
            <w:gridSpan w:val="3"/>
          </w:tcPr>
          <w:p w14:paraId="08107799" w14:textId="55B47A27" w:rsidR="000E05C2" w:rsidRPr="000E05C2" w:rsidRDefault="00EF54CF">
            <w:pPr>
              <w:rPr>
                <w:sz w:val="16"/>
              </w:rPr>
            </w:pPr>
            <w:r w:rsidRPr="00EF54CF">
              <w:rPr>
                <w:sz w:val="16"/>
              </w:rPr>
              <w:t>(705) 268-6262</w:t>
            </w:r>
          </w:p>
        </w:tc>
        <w:tc>
          <w:tcPr>
            <w:tcW w:w="3453" w:type="dxa"/>
          </w:tcPr>
          <w:p w14:paraId="7AC8D2D7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Regional referral pathways through Timmins area</w:t>
            </w:r>
          </w:p>
        </w:tc>
      </w:tr>
      <w:tr w:rsidR="000E05C2" w:rsidRPr="000E05C2" w14:paraId="0EB10901" w14:textId="77777777" w:rsidTr="000E05C2">
        <w:tblPrEx>
          <w:jc w:val="left"/>
        </w:tblPrEx>
        <w:tc>
          <w:tcPr>
            <w:tcW w:w="2955" w:type="dxa"/>
          </w:tcPr>
          <w:p w14:paraId="065C872E" w14:textId="77777777" w:rsidR="000E05C2" w:rsidRPr="000E05C2" w:rsidRDefault="000E05C2">
            <w:pPr>
              <w:rPr>
                <w:sz w:val="16"/>
              </w:rPr>
            </w:pPr>
            <w:proofErr w:type="spellStart"/>
            <w:r w:rsidRPr="000E05C2">
              <w:rPr>
                <w:sz w:val="16"/>
              </w:rPr>
              <w:t>Weenusk</w:t>
            </w:r>
            <w:proofErr w:type="spellEnd"/>
            <w:r w:rsidRPr="000E05C2">
              <w:rPr>
                <w:sz w:val="16"/>
              </w:rPr>
              <w:t xml:space="preserve"> (</w:t>
            </w:r>
            <w:proofErr w:type="spellStart"/>
            <w:r w:rsidRPr="000E05C2">
              <w:rPr>
                <w:sz w:val="16"/>
              </w:rPr>
              <w:t>Peawanuck</w:t>
            </w:r>
            <w:proofErr w:type="spellEnd"/>
            <w:r w:rsidRPr="000E05C2">
              <w:rPr>
                <w:sz w:val="16"/>
              </w:rPr>
              <w:t>)</w:t>
            </w:r>
          </w:p>
        </w:tc>
        <w:tc>
          <w:tcPr>
            <w:tcW w:w="2540" w:type="dxa"/>
          </w:tcPr>
          <w:p w14:paraId="26BA96D3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WAHA / Community Mental Health &amp; Addictions</w:t>
            </w:r>
          </w:p>
        </w:tc>
        <w:tc>
          <w:tcPr>
            <w:tcW w:w="2693" w:type="dxa"/>
          </w:tcPr>
          <w:p w14:paraId="5F38EF72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Community counselling + addictions</w:t>
            </w:r>
          </w:p>
        </w:tc>
        <w:tc>
          <w:tcPr>
            <w:tcW w:w="3119" w:type="dxa"/>
            <w:gridSpan w:val="3"/>
          </w:tcPr>
          <w:p w14:paraId="2646DD9B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1-877-336-2164</w:t>
            </w:r>
          </w:p>
        </w:tc>
        <w:tc>
          <w:tcPr>
            <w:tcW w:w="3453" w:type="dxa"/>
          </w:tcPr>
          <w:p w14:paraId="07B03A16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Often supported through East Territory / WAHA</w:t>
            </w:r>
          </w:p>
        </w:tc>
      </w:tr>
      <w:tr w:rsidR="000E05C2" w14:paraId="587E6B82" w14:textId="77777777" w:rsidTr="000E05C2">
        <w:tblPrEx>
          <w:jc w:val="left"/>
        </w:tblPrEx>
        <w:tc>
          <w:tcPr>
            <w:tcW w:w="2955" w:type="dxa"/>
          </w:tcPr>
          <w:p w14:paraId="38B328E1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Fort Severn First Nation</w:t>
            </w:r>
          </w:p>
        </w:tc>
        <w:tc>
          <w:tcPr>
            <w:tcW w:w="2540" w:type="dxa"/>
          </w:tcPr>
          <w:p w14:paraId="4C341E72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Nursing Station / Detox Program</w:t>
            </w:r>
          </w:p>
        </w:tc>
        <w:tc>
          <w:tcPr>
            <w:tcW w:w="2693" w:type="dxa"/>
          </w:tcPr>
          <w:p w14:paraId="0680EC09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Mental health + addictions + family wellbeing</w:t>
            </w:r>
          </w:p>
        </w:tc>
        <w:tc>
          <w:tcPr>
            <w:tcW w:w="3119" w:type="dxa"/>
            <w:gridSpan w:val="3"/>
          </w:tcPr>
          <w:p w14:paraId="1AEBC8F9" w14:textId="77777777" w:rsidR="000E05C2" w:rsidRPr="000E05C2" w:rsidRDefault="000E05C2">
            <w:pPr>
              <w:rPr>
                <w:sz w:val="16"/>
              </w:rPr>
            </w:pPr>
            <w:r w:rsidRPr="000E05C2">
              <w:rPr>
                <w:sz w:val="16"/>
              </w:rPr>
              <w:t>807-478-2575</w:t>
            </w:r>
          </w:p>
        </w:tc>
        <w:tc>
          <w:tcPr>
            <w:tcW w:w="3453" w:type="dxa"/>
          </w:tcPr>
          <w:p w14:paraId="6289B8AB" w14:textId="77777777" w:rsidR="000E05C2" w:rsidRDefault="000E05C2">
            <w:r w:rsidRPr="000E05C2">
              <w:rPr>
                <w:sz w:val="16"/>
              </w:rPr>
              <w:t>Nursing station supports mental wellness</w:t>
            </w:r>
          </w:p>
        </w:tc>
      </w:tr>
    </w:tbl>
    <w:p w14:paraId="670B68C5" w14:textId="077952A1" w:rsidR="00F00ADA" w:rsidRDefault="00F00ADA" w:rsidP="000E05C2"/>
    <w:sectPr w:rsidR="00F00ADA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7C20E3"/>
    <w:multiLevelType w:val="multilevel"/>
    <w:tmpl w:val="B504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90950">
    <w:abstractNumId w:val="8"/>
  </w:num>
  <w:num w:numId="2" w16cid:durableId="1983732605">
    <w:abstractNumId w:val="6"/>
  </w:num>
  <w:num w:numId="3" w16cid:durableId="1161044070">
    <w:abstractNumId w:val="5"/>
  </w:num>
  <w:num w:numId="4" w16cid:durableId="1736588794">
    <w:abstractNumId w:val="4"/>
  </w:num>
  <w:num w:numId="5" w16cid:durableId="130446252">
    <w:abstractNumId w:val="7"/>
  </w:num>
  <w:num w:numId="6" w16cid:durableId="1280262866">
    <w:abstractNumId w:val="3"/>
  </w:num>
  <w:num w:numId="7" w16cid:durableId="830025039">
    <w:abstractNumId w:val="2"/>
  </w:num>
  <w:num w:numId="8" w16cid:durableId="1914966102">
    <w:abstractNumId w:val="1"/>
  </w:num>
  <w:num w:numId="9" w16cid:durableId="271207201">
    <w:abstractNumId w:val="0"/>
  </w:num>
  <w:num w:numId="10" w16cid:durableId="120921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DC5"/>
    <w:rsid w:val="00033F4C"/>
    <w:rsid w:val="00034616"/>
    <w:rsid w:val="00036D05"/>
    <w:rsid w:val="00037E6E"/>
    <w:rsid w:val="00052BBF"/>
    <w:rsid w:val="0006063C"/>
    <w:rsid w:val="00060BAC"/>
    <w:rsid w:val="00087434"/>
    <w:rsid w:val="000A6C0A"/>
    <w:rsid w:val="000C50EA"/>
    <w:rsid w:val="000E05C2"/>
    <w:rsid w:val="000F22EF"/>
    <w:rsid w:val="001050A3"/>
    <w:rsid w:val="00121242"/>
    <w:rsid w:val="001310C8"/>
    <w:rsid w:val="00133B4C"/>
    <w:rsid w:val="0015074B"/>
    <w:rsid w:val="00157A96"/>
    <w:rsid w:val="00166FDC"/>
    <w:rsid w:val="00170147"/>
    <w:rsid w:val="001B68B7"/>
    <w:rsid w:val="001D51C9"/>
    <w:rsid w:val="001F4143"/>
    <w:rsid w:val="00227B3A"/>
    <w:rsid w:val="0025213F"/>
    <w:rsid w:val="002739AB"/>
    <w:rsid w:val="0029639D"/>
    <w:rsid w:val="002E6B89"/>
    <w:rsid w:val="003005DC"/>
    <w:rsid w:val="00304639"/>
    <w:rsid w:val="00324A7C"/>
    <w:rsid w:val="00326F90"/>
    <w:rsid w:val="003970A5"/>
    <w:rsid w:val="003A042B"/>
    <w:rsid w:val="003B0FCE"/>
    <w:rsid w:val="003B528E"/>
    <w:rsid w:val="003E44D7"/>
    <w:rsid w:val="00410CF6"/>
    <w:rsid w:val="00421AFD"/>
    <w:rsid w:val="0044002A"/>
    <w:rsid w:val="00453E3C"/>
    <w:rsid w:val="00456943"/>
    <w:rsid w:val="0047452E"/>
    <w:rsid w:val="00476B2C"/>
    <w:rsid w:val="00485D10"/>
    <w:rsid w:val="004C2F50"/>
    <w:rsid w:val="004D2CBE"/>
    <w:rsid w:val="00514F99"/>
    <w:rsid w:val="00517884"/>
    <w:rsid w:val="00522F95"/>
    <w:rsid w:val="00534038"/>
    <w:rsid w:val="0053609B"/>
    <w:rsid w:val="00545C1A"/>
    <w:rsid w:val="005464B3"/>
    <w:rsid w:val="00547F9D"/>
    <w:rsid w:val="00563EBC"/>
    <w:rsid w:val="00564B20"/>
    <w:rsid w:val="00570670"/>
    <w:rsid w:val="00594506"/>
    <w:rsid w:val="005A3A33"/>
    <w:rsid w:val="005D2D88"/>
    <w:rsid w:val="0061416C"/>
    <w:rsid w:val="006353AF"/>
    <w:rsid w:val="00637502"/>
    <w:rsid w:val="00642035"/>
    <w:rsid w:val="00644AAE"/>
    <w:rsid w:val="006515DB"/>
    <w:rsid w:val="00655D1F"/>
    <w:rsid w:val="00662E11"/>
    <w:rsid w:val="0066494F"/>
    <w:rsid w:val="00667FC1"/>
    <w:rsid w:val="006760C0"/>
    <w:rsid w:val="00687B91"/>
    <w:rsid w:val="006919A5"/>
    <w:rsid w:val="006A55F6"/>
    <w:rsid w:val="006D1D2B"/>
    <w:rsid w:val="006D3CDE"/>
    <w:rsid w:val="006D7BD3"/>
    <w:rsid w:val="006F2CC2"/>
    <w:rsid w:val="00721F6F"/>
    <w:rsid w:val="00724497"/>
    <w:rsid w:val="0072503E"/>
    <w:rsid w:val="007349DB"/>
    <w:rsid w:val="00734A31"/>
    <w:rsid w:val="007D1BD6"/>
    <w:rsid w:val="007F4431"/>
    <w:rsid w:val="007F4914"/>
    <w:rsid w:val="008449A8"/>
    <w:rsid w:val="008514A7"/>
    <w:rsid w:val="0086720B"/>
    <w:rsid w:val="0087028D"/>
    <w:rsid w:val="00881242"/>
    <w:rsid w:val="00891543"/>
    <w:rsid w:val="008C174A"/>
    <w:rsid w:val="008C799A"/>
    <w:rsid w:val="008D383D"/>
    <w:rsid w:val="008D3C82"/>
    <w:rsid w:val="008F2062"/>
    <w:rsid w:val="009250C3"/>
    <w:rsid w:val="00927383"/>
    <w:rsid w:val="00947761"/>
    <w:rsid w:val="00952D7E"/>
    <w:rsid w:val="00956477"/>
    <w:rsid w:val="00962A65"/>
    <w:rsid w:val="00980B5F"/>
    <w:rsid w:val="00986235"/>
    <w:rsid w:val="00994001"/>
    <w:rsid w:val="009B4CB1"/>
    <w:rsid w:val="009C7458"/>
    <w:rsid w:val="009D2D5E"/>
    <w:rsid w:val="009E4253"/>
    <w:rsid w:val="009E5E8E"/>
    <w:rsid w:val="009F34CA"/>
    <w:rsid w:val="00A002ED"/>
    <w:rsid w:val="00A376B1"/>
    <w:rsid w:val="00A532D9"/>
    <w:rsid w:val="00A53D7F"/>
    <w:rsid w:val="00A67158"/>
    <w:rsid w:val="00AA1D8D"/>
    <w:rsid w:val="00AD322C"/>
    <w:rsid w:val="00AE78C1"/>
    <w:rsid w:val="00AF4A8B"/>
    <w:rsid w:val="00B04799"/>
    <w:rsid w:val="00B074C3"/>
    <w:rsid w:val="00B41F8B"/>
    <w:rsid w:val="00B42EBB"/>
    <w:rsid w:val="00B47730"/>
    <w:rsid w:val="00B5167B"/>
    <w:rsid w:val="00B6459B"/>
    <w:rsid w:val="00B76D01"/>
    <w:rsid w:val="00BA6FAA"/>
    <w:rsid w:val="00BE3321"/>
    <w:rsid w:val="00BF7DE4"/>
    <w:rsid w:val="00C07C4C"/>
    <w:rsid w:val="00C57235"/>
    <w:rsid w:val="00C610ED"/>
    <w:rsid w:val="00C645F4"/>
    <w:rsid w:val="00C64A05"/>
    <w:rsid w:val="00C70AB4"/>
    <w:rsid w:val="00C914E7"/>
    <w:rsid w:val="00CB0664"/>
    <w:rsid w:val="00CD479A"/>
    <w:rsid w:val="00CD59F6"/>
    <w:rsid w:val="00CE22D8"/>
    <w:rsid w:val="00CF4B5F"/>
    <w:rsid w:val="00CF7B66"/>
    <w:rsid w:val="00D223A3"/>
    <w:rsid w:val="00D665A1"/>
    <w:rsid w:val="00D75605"/>
    <w:rsid w:val="00DA2398"/>
    <w:rsid w:val="00DA47A7"/>
    <w:rsid w:val="00DC1F1A"/>
    <w:rsid w:val="00DE02CC"/>
    <w:rsid w:val="00DE3678"/>
    <w:rsid w:val="00DF38FC"/>
    <w:rsid w:val="00E62B92"/>
    <w:rsid w:val="00E86F1B"/>
    <w:rsid w:val="00E97FAE"/>
    <w:rsid w:val="00EC3215"/>
    <w:rsid w:val="00EF54CF"/>
    <w:rsid w:val="00F00ADA"/>
    <w:rsid w:val="00F13607"/>
    <w:rsid w:val="00F32ADD"/>
    <w:rsid w:val="00F410F0"/>
    <w:rsid w:val="00F446C3"/>
    <w:rsid w:val="00F66FF4"/>
    <w:rsid w:val="00F67B05"/>
    <w:rsid w:val="00F801A7"/>
    <w:rsid w:val="00F80297"/>
    <w:rsid w:val="00FB153F"/>
    <w:rsid w:val="00FB3B03"/>
    <w:rsid w:val="00FC693F"/>
    <w:rsid w:val="00FD035E"/>
    <w:rsid w:val="00FD2303"/>
    <w:rsid w:val="00FF2891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E3B333"/>
  <w14:defaultImageDpi w14:val="300"/>
  <w15:docId w15:val="{DFD1A88B-BF06-4EF4-B51F-7D7B6D63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32A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A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44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grief.ca/" TargetMode="External"/><Relationship Id="rId13" Type="http://schemas.openxmlformats.org/officeDocument/2006/relationships/hyperlink" Target="https://www.ifna.ca/services/health-services" TargetMode="External"/><Relationship Id="rId18" Type="http://schemas.openxmlformats.org/officeDocument/2006/relationships/hyperlink" Target="https://www.shibogama.on.ca/departments/community-mental-wellness-te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abuntribalcouncil.ca/media-release/resolute-counselling-and-psychotherapy/" TargetMode="External"/><Relationship Id="rId7" Type="http://schemas.openxmlformats.org/officeDocument/2006/relationships/hyperlink" Target="https://bouncebackontario.ca/" TargetMode="External"/><Relationship Id="rId12" Type="http://schemas.openxmlformats.org/officeDocument/2006/relationships/hyperlink" Target="tel:(807)-626-9698" TargetMode="External"/><Relationship Id="rId17" Type="http://schemas.openxmlformats.org/officeDocument/2006/relationships/hyperlink" Target="https://www.windigo.on.c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ushkegowukhealth.com/crisis-contacts" TargetMode="External"/><Relationship Id="rId20" Type="http://schemas.openxmlformats.org/officeDocument/2006/relationships/hyperlink" Target="mailto:mwtw@wabun.on.c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atingdisordersanonymous.org/" TargetMode="External"/><Relationship Id="rId11" Type="http://schemas.openxmlformats.org/officeDocument/2006/relationships/hyperlink" Target="https://ofifc.org/friendship-centres/fin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ushkegowukhealth.com/_files/ugd/43c8cb_aa3c663ee98f4e7286fe69a5dd421fa9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ntariocaregiver.ca/" TargetMode="External"/><Relationship Id="rId19" Type="http://schemas.openxmlformats.org/officeDocument/2006/relationships/hyperlink" Target="https://www.matawa.on.ca/corporations/matawa-health-co-operativ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mhact.ca/programs-services/" TargetMode="External"/><Relationship Id="rId14" Type="http://schemas.openxmlformats.org/officeDocument/2006/relationships/hyperlink" Target="https://www.waha.ca/service/community-menta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9471</Characters>
  <Application>Microsoft Office Word</Application>
  <DocSecurity>0</DocSecurity>
  <Lines>631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10795</CharactersWithSpaces>
  <SharedDoc>false</SharedDoc>
  <HyperlinkBase/>
  <HLinks>
    <vt:vector size="90" baseType="variant">
      <vt:variant>
        <vt:i4>7864379</vt:i4>
      </vt:variant>
      <vt:variant>
        <vt:i4>42</vt:i4>
      </vt:variant>
      <vt:variant>
        <vt:i4>0</vt:i4>
      </vt:variant>
      <vt:variant>
        <vt:i4>5</vt:i4>
      </vt:variant>
      <vt:variant>
        <vt:lpwstr>https://www.wabuntribalcouncil.ca/media-release/resolute-counselling-and-psychotherapy/</vt:lpwstr>
      </vt:variant>
      <vt:variant>
        <vt:lpwstr/>
      </vt:variant>
      <vt:variant>
        <vt:i4>786544</vt:i4>
      </vt:variant>
      <vt:variant>
        <vt:i4>39</vt:i4>
      </vt:variant>
      <vt:variant>
        <vt:i4>0</vt:i4>
      </vt:variant>
      <vt:variant>
        <vt:i4>5</vt:i4>
      </vt:variant>
      <vt:variant>
        <vt:lpwstr>mailto:mwtw@wabun.on.ca</vt:lpwstr>
      </vt:variant>
      <vt:variant>
        <vt:lpwstr/>
      </vt:variant>
      <vt:variant>
        <vt:i4>458827</vt:i4>
      </vt:variant>
      <vt:variant>
        <vt:i4>36</vt:i4>
      </vt:variant>
      <vt:variant>
        <vt:i4>0</vt:i4>
      </vt:variant>
      <vt:variant>
        <vt:i4>5</vt:i4>
      </vt:variant>
      <vt:variant>
        <vt:lpwstr>https://www.matawa.on.ca/corporations/matawa-health-co-operative/</vt:lpwstr>
      </vt:variant>
      <vt:variant>
        <vt:lpwstr/>
      </vt:variant>
      <vt:variant>
        <vt:i4>6357037</vt:i4>
      </vt:variant>
      <vt:variant>
        <vt:i4>33</vt:i4>
      </vt:variant>
      <vt:variant>
        <vt:i4>0</vt:i4>
      </vt:variant>
      <vt:variant>
        <vt:i4>5</vt:i4>
      </vt:variant>
      <vt:variant>
        <vt:lpwstr>https://www.shibogama.on.ca/departments/community-mental-wellness-team</vt:lpwstr>
      </vt:variant>
      <vt:variant>
        <vt:lpwstr/>
      </vt:variant>
      <vt:variant>
        <vt:i4>3014783</vt:i4>
      </vt:variant>
      <vt:variant>
        <vt:i4>30</vt:i4>
      </vt:variant>
      <vt:variant>
        <vt:i4>0</vt:i4>
      </vt:variant>
      <vt:variant>
        <vt:i4>5</vt:i4>
      </vt:variant>
      <vt:variant>
        <vt:lpwstr>https://www.windigo.on.ca/</vt:lpwstr>
      </vt:variant>
      <vt:variant>
        <vt:lpwstr/>
      </vt:variant>
      <vt:variant>
        <vt:i4>5439511</vt:i4>
      </vt:variant>
      <vt:variant>
        <vt:i4>27</vt:i4>
      </vt:variant>
      <vt:variant>
        <vt:i4>0</vt:i4>
      </vt:variant>
      <vt:variant>
        <vt:i4>5</vt:i4>
      </vt:variant>
      <vt:variant>
        <vt:lpwstr>https://www.mushkegowukhealth.com/crisis-contacts</vt:lpwstr>
      </vt:variant>
      <vt:variant>
        <vt:lpwstr/>
      </vt:variant>
      <vt:variant>
        <vt:i4>2293814</vt:i4>
      </vt:variant>
      <vt:variant>
        <vt:i4>24</vt:i4>
      </vt:variant>
      <vt:variant>
        <vt:i4>0</vt:i4>
      </vt:variant>
      <vt:variant>
        <vt:i4>5</vt:i4>
      </vt:variant>
      <vt:variant>
        <vt:lpwstr>https://www.mushkegowukhealth.com/_files/ugd/43c8cb_aa3c663ee98f4e7286fe69a5dd421fa9.pdf</vt:lpwstr>
      </vt:variant>
      <vt:variant>
        <vt:lpwstr/>
      </vt:variant>
      <vt:variant>
        <vt:i4>1245204</vt:i4>
      </vt:variant>
      <vt:variant>
        <vt:i4>21</vt:i4>
      </vt:variant>
      <vt:variant>
        <vt:i4>0</vt:i4>
      </vt:variant>
      <vt:variant>
        <vt:i4>5</vt:i4>
      </vt:variant>
      <vt:variant>
        <vt:lpwstr>https://www.waha.ca/service/community-mental</vt:lpwstr>
      </vt:variant>
      <vt:variant>
        <vt:lpwstr/>
      </vt:variant>
      <vt:variant>
        <vt:i4>5439558</vt:i4>
      </vt:variant>
      <vt:variant>
        <vt:i4>18</vt:i4>
      </vt:variant>
      <vt:variant>
        <vt:i4>0</vt:i4>
      </vt:variant>
      <vt:variant>
        <vt:i4>5</vt:i4>
      </vt:variant>
      <vt:variant>
        <vt:lpwstr>https://www.ifna.ca/services/health-services</vt:lpwstr>
      </vt:variant>
      <vt:variant>
        <vt:lpwstr/>
      </vt:variant>
      <vt:variant>
        <vt:i4>7077929</vt:i4>
      </vt:variant>
      <vt:variant>
        <vt:i4>15</vt:i4>
      </vt:variant>
      <vt:variant>
        <vt:i4>0</vt:i4>
      </vt:variant>
      <vt:variant>
        <vt:i4>5</vt:i4>
      </vt:variant>
      <vt:variant>
        <vt:lpwstr>tel:(807)-626-9698</vt:lpwstr>
      </vt:variant>
      <vt:variant>
        <vt:lpwstr/>
      </vt:variant>
      <vt:variant>
        <vt:i4>2228269</vt:i4>
      </vt:variant>
      <vt:variant>
        <vt:i4>12</vt:i4>
      </vt:variant>
      <vt:variant>
        <vt:i4>0</vt:i4>
      </vt:variant>
      <vt:variant>
        <vt:i4>5</vt:i4>
      </vt:variant>
      <vt:variant>
        <vt:lpwstr>https://ofifc.org/friendship-centres/find/</vt:lpwstr>
      </vt:variant>
      <vt:variant>
        <vt:lpwstr/>
      </vt:variant>
      <vt:variant>
        <vt:i4>4784129</vt:i4>
      </vt:variant>
      <vt:variant>
        <vt:i4>9</vt:i4>
      </vt:variant>
      <vt:variant>
        <vt:i4>0</vt:i4>
      </vt:variant>
      <vt:variant>
        <vt:i4>5</vt:i4>
      </vt:variant>
      <vt:variant>
        <vt:lpwstr>https://ontariocaregiver.ca/</vt:lpwstr>
      </vt:variant>
      <vt:variant>
        <vt:lpwstr/>
      </vt:variant>
      <vt:variant>
        <vt:i4>3145766</vt:i4>
      </vt:variant>
      <vt:variant>
        <vt:i4>6</vt:i4>
      </vt:variant>
      <vt:variant>
        <vt:i4>0</vt:i4>
      </vt:variant>
      <vt:variant>
        <vt:i4>5</vt:i4>
      </vt:variant>
      <vt:variant>
        <vt:lpwstr>https://mygrief.ca/</vt:lpwstr>
      </vt:variant>
      <vt:variant>
        <vt:lpwstr/>
      </vt:variant>
      <vt:variant>
        <vt:i4>5636176</vt:i4>
      </vt:variant>
      <vt:variant>
        <vt:i4>3</vt:i4>
      </vt:variant>
      <vt:variant>
        <vt:i4>0</vt:i4>
      </vt:variant>
      <vt:variant>
        <vt:i4>5</vt:i4>
      </vt:variant>
      <vt:variant>
        <vt:lpwstr>https://bouncebackontario.ca/</vt:lpwstr>
      </vt:variant>
      <vt:variant>
        <vt:lpwstr/>
      </vt:variant>
      <vt:variant>
        <vt:i4>851976</vt:i4>
      </vt:variant>
      <vt:variant>
        <vt:i4>0</vt:i4>
      </vt:variant>
      <vt:variant>
        <vt:i4>0</vt:i4>
      </vt:variant>
      <vt:variant>
        <vt:i4>5</vt:i4>
      </vt:variant>
      <vt:variant>
        <vt:lpwstr>https://eatingdisordersanonymous.org/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Crittenden</cp:lastModifiedBy>
  <cp:revision>2</cp:revision>
  <dcterms:created xsi:type="dcterms:W3CDTF">2026-04-28T19:04:00Z</dcterms:created>
  <dcterms:modified xsi:type="dcterms:W3CDTF">2026-04-28T19:04:00Z</dcterms:modified>
  <cp:category/>
</cp:coreProperties>
</file>